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rFonts w:ascii="Times New Roman" w:hAnsi="Times New Roman" w:cs="Times New Roman"/>
          <w:b w:val="0"/>
          <w:i w:val="0"/>
        </w:rPr>
        <w:t>Pooja Nair</w:t>
      </w:r>
    </w:p>
    <w:p>
      <w:pPr>
        <w:spacing w:after="0"/>
      </w:pPr>
      <w:r>
        <w:rPr>
          <w:rFonts w:ascii="Times New Roman" w:hAnsi="Times New Roman" w:cs="Times New Roman"/>
          <w:b w:val="0"/>
          <w:i w:val="0"/>
        </w:rPr>
        <w:t>Flat 11, Palm Grove Apartments, Kakkanad, Kochi, Kerala 682030</w:t>
      </w:r>
    </w:p>
    <w:p>
      <w:pPr>
        <w:spacing w:after="0"/>
      </w:pPr>
      <w:r>
        <w:rPr>
          <w:rFonts w:ascii="Times New Roman" w:hAnsi="Times New Roman" w:cs="Times New Roman"/>
          <w:b w:val="0"/>
          <w:i w:val="0"/>
        </w:rPr>
        <w:t>98470 12345, pooja.nair@example.com</w:t>
      </w:r>
    </w:p>
    <w:p>
      <w:pPr>
        <w:spacing w:after="80"/>
      </w:pPr>
      <w:r>
        <w:rPr>
          <w:rFonts w:ascii="Times New Roman" w:hAnsi="Times New Roman" w:cs="Times New Roman"/>
          <w:b w:val="0"/>
          <w:i w:val="0"/>
        </w:rPr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Date: 14 October 2026    Place: Kochi</w:t>
      </w:r>
    </w:p>
    <w:p>
      <w:pPr>
        <w:spacing w:after="80"/>
        <w:jc w:val="center"/>
      </w:pPr>
      <w:r>
        <w:rPr>
          <w:rFonts w:ascii="Times New Roman" w:hAnsi="Times New Roman" w:cs="Times New Roman"/>
          <w:b/>
          <w:i w:val="0"/>
          <w:color w:val="6D1A1F"/>
          <w:sz w:val="32"/>
        </w:rPr>
        <w:t>UNDERTAKING</w:t>
      </w:r>
    </w:p>
    <w:p>
      <w:pPr>
        <w:spacing w:after="0"/>
      </w:pPr>
      <w:r>
        <w:rPr>
          <w:rFonts w:ascii="Times New Roman" w:hAnsi="Times New Roman" w:cs="Times New Roman"/>
          <w:b w:val="0"/>
          <w:i w:val="0"/>
        </w:rPr>
        <w:t>To,</w:t>
      </w:r>
    </w:p>
    <w:p>
      <w:pPr>
        <w:spacing w:after="0"/>
      </w:pPr>
      <w:r>
        <w:rPr>
          <w:rFonts w:ascii="Times New Roman" w:hAnsi="Times New Roman" w:cs="Times New Roman"/>
          <w:b w:val="0"/>
          <w:i w:val="0"/>
        </w:rPr>
        <w:t>The Registrar, ABC College of Engineering, Thrissur</w:t>
      </w:r>
    </w:p>
    <w:p>
      <w:pPr>
        <w:spacing w:after="80"/>
      </w:pPr>
      <w:r>
        <w:rPr>
          <w:rFonts w:ascii="Times New Roman" w:hAnsi="Times New Roman" w:cs="Times New Roman"/>
          <w:b w:val="0"/>
          <w:i w:val="0"/>
        </w:rPr>
      </w:r>
    </w:p>
    <w:p>
      <w:pPr>
        <w:spacing w:after="120"/>
      </w:pPr>
      <w:r>
        <w:rPr>
          <w:rFonts w:ascii="Times New Roman" w:hAnsi="Times New Roman" w:cs="Times New Roman"/>
          <w:b/>
          <w:i w:val="0"/>
        </w:rPr>
        <w:t>Subject: Undertaking regarding admission to B.Tech (Computer Science), application No. 2026/CS/0457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Dear Sir / Madam,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I, Pooja Nair, residing at Flat 11, Palm Grove Apartments, Kakkanad, Kochi, Kerala 682030, hereby undertake as follows: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I will submit my original migration certificate on or before 30 November 2026.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If I fail to submit it by that date, the college may cancel my provisional admission.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I will abide by all rules and regulations of the college.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I give this undertaking voluntarily and understand that the institution will rely on it.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r>
              <w:br/>
              <w:br/>
              <w:t>__________________________</w:t>
            </w:r>
          </w:p>
          <w:p>
            <w:r>
              <w:rPr>
                <w:sz w:val="18"/>
              </w:rPr>
              <w:t>Signature</w:t>
            </w:r>
          </w:p>
          <w:p>
            <w:r>
              <w:rPr>
                <w:b/>
              </w:rPr>
              <w:t>Pooja Nair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/>
          <w:b w:val="0"/>
          <w:i w:val="0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r>
              <w:rPr>
                <w:b/>
                <w:sz w:val="18"/>
              </w:rPr>
              <w:t>FORMALITIES (complete only where required)</w:t>
            </w:r>
          </w:p>
          <w:p>
            <w:r>
              <w:rPr>
                <w:sz w:val="18"/>
              </w:rPr>
              <w:t>Stamp paper / e-stamp, if the receiving office or State law requires: Rs. ______________   Certificate No. ______________</w:t>
            </w:r>
          </w:p>
          <w:p>
            <w:r>
              <w:rPr>
                <w:sz w:val="18"/>
              </w:rPr>
              <w:t>Notarised / attested on ______________ by ______________   Registration No. of notary ______________</w:t>
            </w:r>
          </w:p>
          <w:p>
            <w:r>
              <w:rPr>
                <w:sz w:val="18"/>
              </w:rPr>
              <w:t>Registration, if required: Sub-Registrar office ______________   Document No. ______________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/>
          <w:b w:val="0"/>
          <w:i w:val="0"/>
        </w:rPr>
      </w:r>
    </w:p>
    <w:sectPr w:rsidR="00FC693F" w:rsidRPr="0006063C" w:rsidSect="00034616">
      <w:pgSz w:w="11906" w:h="16838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UNDERTAKING</dc:title>
  <dc:subject/>
  <dc:creator>Power of Attorney Form (template)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