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SELF DECLARATION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Pooja Nair, D/o Shri Gopinathan Nair, residing at Flat 11, Palm Grove Apartments, Kakkanad, Kochi, Kerala 682030, hereby declare that: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I am a citizen of India and a permanent resident of Kerala.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The documents and information submitted with my application are true and correct.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I have not been convicted by any court of law.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This declaration is made for verification of my application for the post of Junior Assistant. I understand that if any of the above is found to be false, my application or any benefit obtained may be cancelled and I may face action as per law.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Place: Kochi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Date: 14 October 2026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br/>
              <w:br/>
              <w:t>__________________________</w:t>
            </w:r>
          </w:p>
          <w:p>
            <w:r>
              <w:rPr>
                <w:sz w:val="18"/>
              </w:rPr>
              <w:t>Signature of declarant</w:t>
            </w:r>
          </w:p>
          <w:p>
            <w:r>
              <w:rPr>
                <w:b/>
              </w:rPr>
              <w:t>Pooja Nair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Stamp paper / e-stamp, if the receiving office or State law requires: Rs. ______________   Certificate No. ______________</w:t>
            </w:r>
          </w:p>
          <w:p>
            <w:r>
              <w:rPr>
                <w:sz w:val="18"/>
              </w:rPr>
              <w:t>Notarised / attested on ______________ by ______________   Registration No. of notary ______________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DECLARATION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