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स्टाम्प पेपर / ई-स्टाम्प</w:t>
            </w:r>
          </w:p>
          <w:p>
            <w:r>
              <w:rPr>
                <w:sz w:val="18"/>
              </w:rPr>
              <w:t>राज्य ______________ में लागू मूल्य रु. ______________ का गैर-न्यायिक स्टाम्प पेपर या ई-स्टाम्प प्रमाणपत्र</w:t>
            </w:r>
          </w:p>
          <w:p>
            <w:r>
              <w:rPr>
                <w:sz w:val="18"/>
              </w:rPr>
              <w:t>ई-स्टाम्प प्रमाणपत्र सं. ______________   जारी तिथि ______________</w:t>
            </w:r>
          </w:p>
          <w:p>
            <w:r>
              <w:rPr>
                <w:sz w:val="18"/>
              </w:rPr>
              <w:t>स्टाम्प शुल्क राज्य और दस्तावेज़ के प्रकार पर निर्भर करता है। छापने से पहले सही मूल्य की पुष्टि करें।</w:t>
            </w:r>
          </w:p>
        </w:tc>
      </w:tr>
    </w:tbl>
    <w:p>
      <w:pPr>
        <w:spacing w:after="160"/>
      </w:pPr>
      <w:r>
        <w:rPr>
          <w:rFonts w:ascii="Mangal" w:hAnsi="Mangal" w:cs="Mangal"/>
          <w:b w:val="0"/>
          <w:i w:val="0"/>
        </w:rPr>
      </w:r>
    </w:p>
    <w:p>
      <w:pPr>
        <w:spacing w:after="80"/>
        <w:jc w:val="center"/>
      </w:pPr>
      <w:r>
        <w:rPr>
          <w:rFonts w:ascii="Mangal" w:hAnsi="Mangal" w:cs="Mangal"/>
          <w:b/>
          <w:i w:val="0"/>
          <w:color w:val="6D1A1F"/>
          <w:sz w:val="32"/>
        </w:rPr>
        <w:t>आम मुख्तारनामा</w:t>
      </w:r>
    </w:p>
    <w:p>
      <w:pPr>
        <w:spacing w:after="240"/>
        <w:jc w:val="center"/>
      </w:pPr>
      <w:r>
        <w:rPr>
          <w:rFonts w:ascii="Mangal" w:hAnsi="Mangal" w:cs="Mangal"/>
          <w:b w:val="0"/>
          <w:i/>
        </w:rPr>
        <w:t>(जनरल पावर ऑफ अटॉर्नी)</w:t>
      </w:r>
    </w:p>
    <w:p>
      <w:pPr>
        <w:spacing w:after="120"/>
        <w:jc w:val="both"/>
      </w:pPr>
      <w:r>
        <w:rPr>
          <w:rFonts w:ascii="Mangal" w:hAnsi="Mangal" w:cs="Mangal"/>
          <w:b w:val="0"/>
          <w:i w:val="0"/>
        </w:rPr>
        <w:t>मैं, रमेश कुमार शर्मा, पुत्र स्वर्गीय श्री मोहन लाल शर्मा, आयु लगभग 58 वर्ष, निवासी मकान नं. 45, शिव नगर, जयपुर, राजस्थान 302017 (जिसे आगे "मुख्तारकर्ता" कहा गया है), अपनी पूर्ण होश-हवास में, बिना किसी दबाव के, सुरेश कुमार शर्मा, पुत्र स्वर्गीय श्री मोहन लाल शर्मा, आयु लगभग 52 वर्ष, निवासी प्लॉट नं. 12, मालवीय नगर, जयपुर, राजस्थान 302017, जो मेरे छोटा भाई हैं (जिसे आगे "मुख्तारआम" कहा गया है), को अपना वैध मुख्तारआम नियुक्त करता हूँ, जो मेरी ओर से एवं मेरे नाम से निम्नलिखित कार्य करेंगे:</w:t>
      </w:r>
    </w:p>
    <w:p>
      <w:pPr>
        <w:spacing w:after="120"/>
        <w:ind w:left="510" w:hanging="340"/>
        <w:jc w:val="both"/>
      </w:pPr>
      <w:r>
        <w:rPr>
          <w:rFonts w:ascii="Mangal" w:hAnsi="Mangal" w:cs="Mangal"/>
          <w:b w:val="0"/>
          <w:i w:val="0"/>
        </w:rPr>
        <w:t>1.  मेरी समस्त चल एवं अचल संपत्ति की देखभाल, रख-रखाव और प्रबंधन करना तथा उनसे संबंधित कर, बिल और शुल्क जमा कराना।</w:t>
      </w:r>
    </w:p>
    <w:p>
      <w:pPr>
        <w:spacing w:after="120"/>
        <w:ind w:left="510" w:hanging="340"/>
        <w:jc w:val="both"/>
      </w:pPr>
      <w:r>
        <w:rPr>
          <w:rFonts w:ascii="Mangal" w:hAnsi="Mangal" w:cs="Mangal"/>
          <w:b w:val="0"/>
          <w:i w:val="0"/>
        </w:rPr>
        <w:t>2.  किसी भी सरकारी, नगर निगम, राजस्व, बिजली, पानी या अन्य कार्यालय में मेरी ओर से उपस्थित होना तथा आवेदन, फॉर्म और दस्तावेज़ हस्ताक्षर कर प्रस्तुत करना एवं प्राप्त करना।</w:t>
      </w:r>
    </w:p>
    <w:p>
      <w:pPr>
        <w:spacing w:after="120"/>
        <w:ind w:left="510" w:hanging="340"/>
        <w:jc w:val="both"/>
      </w:pPr>
      <w:r>
        <w:rPr>
          <w:rFonts w:ascii="Mangal" w:hAnsi="Mangal" w:cs="Mangal"/>
          <w:b w:val="0"/>
          <w:i w:val="0"/>
        </w:rPr>
        <w:t>3.  मेरी संपत्ति को किराये पर देना, किरायानामा हस्ताक्षर करना, किराया व जमानत राशि प्राप्त करना और उसकी रसीद देना।</w:t>
      </w:r>
    </w:p>
    <w:p>
      <w:pPr>
        <w:spacing w:after="120"/>
        <w:ind w:left="510" w:hanging="340"/>
        <w:jc w:val="both"/>
      </w:pPr>
      <w:r>
        <w:rPr>
          <w:rFonts w:ascii="Mangal" w:hAnsi="Mangal" w:cs="Mangal"/>
          <w:b w:val="0"/>
          <w:i w:val="0"/>
        </w:rPr>
        <w:t>4.  वकील नियुक्त करना, वकालतनामा पर हस्ताक्षर करना और मेरे मामलों से संबंधित वाद या कार्यवाही दायर करना या उसकी पैरवी करना।</w:t>
      </w:r>
    </w:p>
    <w:p>
      <w:pPr>
        <w:spacing w:after="120"/>
        <w:ind w:left="510" w:hanging="340"/>
        <w:jc w:val="both"/>
      </w:pPr>
      <w:r>
        <w:rPr>
          <w:rFonts w:ascii="Mangal" w:hAnsi="Mangal" w:cs="Mangal"/>
          <w:b w:val="0"/>
          <w:i w:val="0"/>
        </w:rPr>
        <w:t>5.  मेरे बैंक खातों में चेक व राशि जमा कराना तथा बैंक के नियमों के अधीन बैंक से पत्राचार करना।</w:t>
      </w:r>
    </w:p>
    <w:p>
      <w:pPr>
        <w:spacing w:after="120"/>
        <w:ind w:left="510" w:hanging="340"/>
        <w:jc w:val="both"/>
      </w:pPr>
      <w:r>
        <w:rPr>
          <w:rFonts w:ascii="Mangal" w:hAnsi="Mangal" w:cs="Mangal"/>
          <w:b w:val="0"/>
          <w:i w:val="0"/>
        </w:rPr>
        <w:t>6.  उपरोक्त उद्देश्यों के लिए आवश्यक सभी वैध कार्य उसी प्रकार करना जैसे मैं स्वयं करता।</w:t>
      </w:r>
    </w:p>
    <w:p>
      <w:pPr>
        <w:spacing w:after="120"/>
        <w:jc w:val="both"/>
      </w:pPr>
      <w:r>
        <w:rPr>
          <w:rFonts w:ascii="Mangal" w:hAnsi="Mangal" w:cs="Mangal"/>
          <w:b w:val="0"/>
          <w:i w:val="0"/>
        </w:rPr>
        <w:t>यह मुख्तारनामा मुख्तारआम को मेरी किसी भी अचल संपत्ति को बेचने, दान करने, गिरवी रखने या हस्तांतरित करने का अधिकार नहीं देता। मुख्तारआम द्वारा इस मुख्तारनामे के अंतर्गत वैध रूप से किए गए सभी कार्य मुझे मान्य होंगे। यह मुख्तारनामा तब तक प्रभावी रहेगा जब तक मैं इसे लिखित रूप में रद्द न कर दूँ।</w:t>
      </w:r>
    </w:p>
    <w:p>
      <w:pPr>
        <w:spacing w:after="120"/>
        <w:jc w:val="both"/>
      </w:pPr>
      <w:r>
        <w:rPr>
          <w:rFonts w:ascii="Mangal" w:hAnsi="Mangal" w:cs="Mangal"/>
          <w:b w:val="0"/>
          <w:i w:val="0"/>
        </w:rPr>
        <w:t>अतः यह मुख्तारनामा आज दिनांक 14/10/2026 को जयपुर में लिख दिया ताकि सनद रहे और वक्त ज़रूरत काम आए।</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मुख्तारकर्ता के हस्ताक्षर</w:t>
            </w:r>
          </w:p>
          <w:p>
            <w:r>
              <w:rPr>
                <w:b/>
              </w:rPr>
              <w:t>रमेश कुमार शर्मा</w:t>
            </w:r>
          </w:p>
        </w:tc>
        <w:tc>
          <w:tcPr>
            <w:tcW w:type="dxa" w:w="4649"/>
          </w:tcPr>
          <w:p>
            <w:r>
              <w:br/>
              <w:br/>
              <w:t>__________________________</w:t>
            </w:r>
          </w:p>
          <w:p>
            <w:r>
              <w:rPr>
                <w:sz w:val="18"/>
              </w:rPr>
              <w:t>मुख्तारआम की स्वीकृति</w:t>
            </w:r>
          </w:p>
          <w:p>
            <w:r>
              <w:rPr>
                <w:b/>
              </w:rPr>
              <w:t>सुरेश कुमार शर्मा</w:t>
            </w:r>
          </w:p>
        </w:tc>
      </w:tr>
    </w:tbl>
    <w:p>
      <w:pPr>
        <w:spacing w:after="120"/>
      </w:pPr>
      <w:r>
        <w:rPr>
          <w:rFonts w:ascii="Mangal" w:hAnsi="Mangal" w:cs="Mangal"/>
          <w:b w:val="0"/>
          <w:i w:val="0"/>
        </w:rPr>
      </w:r>
    </w:p>
    <w:p>
      <w:pPr>
        <w:spacing w:after="120"/>
      </w:pPr>
      <w:r>
        <w:rPr>
          <w:rFonts w:ascii="Mangal" w:hAnsi="Mangal" w:cs="Mangal"/>
          <w:b/>
          <w:i w:val="0"/>
          <w:color w:val="6D1A1F"/>
        </w:rPr>
        <w:t>गवाह</w:t>
      </w:r>
    </w:p>
    <w:p>
      <w:pPr>
        <w:spacing w:after="40"/>
      </w:pPr>
      <w:r>
        <w:rPr>
          <w:rFonts w:ascii="Mangal" w:hAnsi="Mangal" w:cs="Mangal"/>
          <w:b w:val="0"/>
          <w:i w:val="0"/>
        </w:rPr>
        <w:t>1. नाम: ______________________</w:t>
      </w:r>
    </w:p>
    <w:p>
      <w:pPr>
        <w:spacing w:after="40"/>
      </w:pPr>
      <w:r>
        <w:rPr>
          <w:rFonts w:ascii="Mangal" w:hAnsi="Mangal" w:cs="Mangal"/>
          <w:b w:val="0"/>
          <w:i w:val="0"/>
        </w:rPr>
        <w:t xml:space="preserve">    पता: ______________________</w:t>
      </w:r>
    </w:p>
    <w:p>
      <w:pPr>
        <w:spacing w:after="160"/>
      </w:pPr>
      <w:r>
        <w:rPr>
          <w:rFonts w:ascii="Mangal" w:hAnsi="Mangal" w:cs="Mangal"/>
          <w:b w:val="0"/>
          <w:i w:val="0"/>
        </w:rPr>
        <w:t xml:space="preserve">    हस्ताक्षर: ______________________</w:t>
      </w:r>
    </w:p>
    <w:p>
      <w:pPr>
        <w:spacing w:after="40"/>
      </w:pPr>
      <w:r>
        <w:rPr>
          <w:rFonts w:ascii="Mangal" w:hAnsi="Mangal" w:cs="Mangal"/>
          <w:b w:val="0"/>
          <w:i w:val="0"/>
        </w:rPr>
        <w:t>2. नाम: ______________________</w:t>
      </w:r>
    </w:p>
    <w:p>
      <w:pPr>
        <w:spacing w:after="40"/>
      </w:pPr>
      <w:r>
        <w:rPr>
          <w:rFonts w:ascii="Mangal" w:hAnsi="Mangal" w:cs="Mangal"/>
          <w:b w:val="0"/>
          <w:i w:val="0"/>
        </w:rPr>
        <w:t xml:space="preserve">    पता: ______________________</w:t>
      </w:r>
    </w:p>
    <w:p>
      <w:pPr>
        <w:spacing w:after="160"/>
      </w:pPr>
      <w:r>
        <w:rPr>
          <w:rFonts w:ascii="Mangal" w:hAnsi="Mangal" w:cs="Mangal"/>
          <w:b w:val="0"/>
          <w:i w:val="0"/>
        </w:rPr>
        <w:t xml:space="preserve">    हस्ताक्षर: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नोटरी सत्यापन (यदि आवश्यक हो)</w:t>
            </w:r>
          </w:p>
          <w:p>
            <w:r>
              <w:rPr>
                <w:sz w:val="18"/>
              </w:rPr>
              <w:t>मेरे समक्ष सत्यापित दिनांक ______________</w:t>
            </w:r>
          </w:p>
          <w:p>
            <w:r>
              <w:rPr>
                <w:sz w:val="18"/>
              </w:rPr>
              <w:t>नोटरी का नाम ______________   पंजीकरण सं. ______________</w:t>
            </w:r>
          </w:p>
          <w:p>
            <w:r>
              <w:rPr>
                <w:sz w:val="18"/>
              </w:rPr>
              <w:t>नोटरी की मुहर व हस्ताक्षर ______________</w:t>
            </w:r>
          </w:p>
        </w:tc>
      </w:tr>
    </w:tbl>
    <w:p>
      <w:pPr>
        <w:spacing w:after="120"/>
      </w:pPr>
      <w:r>
        <w:rPr>
          <w:rFonts w:ascii="Mangal" w:hAnsi="Mangal" w:cs="Mangal"/>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पंजीकरण पृष्ठांकन (जहाँ आवश्यक हो)</w:t>
            </w:r>
          </w:p>
          <w:p>
            <w:r>
              <w:rPr>
                <w:sz w:val="18"/>
              </w:rPr>
              <w:t>उप-पंजीयक कार्यालय ______________ में प्रस्तुत दिनांक ______________</w:t>
            </w:r>
          </w:p>
          <w:p>
            <w:r>
              <w:rPr>
                <w:sz w:val="18"/>
              </w:rPr>
              <w:t>दस्तावेज़ सं. ______________   बही सं. ______________   जिल्द ______________</w:t>
            </w:r>
          </w:p>
          <w:p>
            <w:r>
              <w:rPr>
                <w:sz w:val="18"/>
              </w:rPr>
              <w:t>राज्य के नियमानुसार पंजीकरण शुल्क व स्टाम्प शुल्क: ______________</w:t>
            </w:r>
          </w:p>
        </w:tc>
      </w:tr>
    </w:tbl>
    <w:p>
      <w:pPr>
        <w:spacing w:after="120"/>
      </w:pPr>
      <w:r>
        <w:rPr>
          <w:rFonts w:ascii="Mangal" w:hAnsi="Mangal" w:cs="Mangal"/>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gal" w:hAnsi="Mangal" w:eastAsia="Mangal" w:cs="Mang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आम मुख्तारनामा (जनरल पावर ऑफ अटॉर्नी)</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