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স্ট্যাম্প পেপার / ই-স্ট্যাম্প</w:t>
            </w:r>
          </w:p>
          <w:p>
            <w:r>
              <w:rPr>
                <w:sz w:val="18"/>
              </w:rPr>
              <w:t>রাজ্য ______________ এ প্রযোজ্য মূল্য টাকা ______________ এর নন-জুডিশিয়াল স্ট্যাম্প পেপার বা ই-স্ট্যাম্প সার্টিফিকেট</w:t>
            </w:r>
          </w:p>
          <w:p>
            <w:r>
              <w:rPr>
                <w:sz w:val="18"/>
              </w:rPr>
              <w:t>ই-স্ট্যাম্প সার্টিফিকেট নং ______________   তারিখ ______________</w:t>
            </w:r>
          </w:p>
          <w:p>
            <w:r>
              <w:rPr>
                <w:sz w:val="18"/>
              </w:rPr>
              <w:t>স্ট্যাম্প ডিউটি রাজ্য ও দলিলের ধরনের উপর নির্ভর করে। ছাপার আগে সঠিক মূল্য যাচাই করুন।</w:t>
            </w:r>
          </w:p>
        </w:tc>
      </w:tr>
    </w:tbl>
    <w:p>
      <w:pPr>
        <w:spacing w:after="160"/>
      </w:pPr>
      <w:r>
        <w:rPr>
          <w:rFonts w:ascii="Vrinda" w:hAnsi="Vrinda" w:cs="Vrinda"/>
          <w:b w:val="0"/>
          <w:i w:val="0"/>
        </w:rPr>
      </w:r>
    </w:p>
    <w:p>
      <w:pPr>
        <w:spacing w:after="80"/>
        <w:jc w:val="center"/>
      </w:pPr>
      <w:r>
        <w:rPr>
          <w:rFonts w:ascii="Vrinda" w:hAnsi="Vrinda" w:cs="Vrinda"/>
          <w:b/>
          <w:i w:val="0"/>
          <w:color w:val="6D1A1F"/>
          <w:sz w:val="32"/>
        </w:rPr>
        <w:t>সাধারণ আমমোক্তারনামা</w:t>
      </w:r>
    </w:p>
    <w:p>
      <w:pPr>
        <w:spacing w:after="240"/>
        <w:jc w:val="center"/>
      </w:pPr>
      <w:r>
        <w:rPr>
          <w:rFonts w:ascii="Vrinda" w:hAnsi="Vrinda" w:cs="Vrinda"/>
          <w:b w:val="0"/>
          <w:i/>
        </w:rPr>
        <w:t>(জেনারেল পাওয়ার অফ অ্যাটর্নি)</w:t>
      </w:r>
    </w:p>
    <w:p>
      <w:pPr>
        <w:spacing w:after="120"/>
        <w:jc w:val="both"/>
      </w:pPr>
      <w:r>
        <w:rPr>
          <w:rFonts w:ascii="Vrinda" w:hAnsi="Vrinda" w:cs="Vrinda"/>
          <w:b w:val="0"/>
          <w:i w:val="0"/>
        </w:rPr>
        <w:t>আমি, অমিত কুমার বসু, পিতা স্বর্গীয় শ্রী সুনীল কুমার বসু, বয়স প্রায় 61 বছর, নিবাস ২৭/৩, গড়িয়াহাট রোড, কলকাতা, পশ্চিমবঙ্গ ৭০০০১৯ (অতঃপর "দাতা" বলে উল্লিখিত), সুস্থ মস্তিষ্কে ও স্বেচ্ছায়, অনিন্দ্য বসু, পিতা শ্রী অমিত কুমার বসু, বয়স প্রায় 34 বছর, নিবাস ২৭/৩, গড়িয়াহাট রোড, কলকাতা, পশ্চিমবঙ্গ ৭০০০১৯, যিনি আমার পুত্র (অতঃপর "আমমোক্তার" বলে উল্লিখিত), কে আমার বৈধ আমমোক্তার নিযুক্ত করছি। তিনি আমার নামে ও আমার পক্ষে নিম্নলিখিত কাজগুলি করতে পারবেন:</w:t>
      </w:r>
    </w:p>
    <w:p>
      <w:pPr>
        <w:spacing w:after="120"/>
        <w:ind w:left="510" w:hanging="340"/>
        <w:jc w:val="both"/>
      </w:pPr>
      <w:r>
        <w:rPr>
          <w:rFonts w:ascii="Vrinda" w:hAnsi="Vrinda" w:cs="Vrinda"/>
          <w:b w:val="0"/>
          <w:i w:val="0"/>
        </w:rPr>
        <w:t>1.  আমার সমস্ত স্থাবর ও অস্থাবর সম্পত্তির দেখাশোনা, রক্ষণাবেক্ষণ ও তত্ত্বাবধান করা এবং সংশ্লিষ্ট কর, বিল ও পাওনা পরিশোধ করা।</w:t>
      </w:r>
    </w:p>
    <w:p>
      <w:pPr>
        <w:spacing w:after="120"/>
        <w:ind w:left="510" w:hanging="340"/>
        <w:jc w:val="both"/>
      </w:pPr>
      <w:r>
        <w:rPr>
          <w:rFonts w:ascii="Vrinda" w:hAnsi="Vrinda" w:cs="Vrinda"/>
          <w:b w:val="0"/>
          <w:i w:val="0"/>
        </w:rPr>
        <w:t>2.  যে কোনো সরকারি, পৌরসভা, ভূমি ও রাজস্ব, বিদ্যুৎ বা অন্যান্য দপ্তরে আমার পক্ষে উপস্থিত হওয়া এবং আবেদন, ফর্ম ও কাগজপত্রে স্বাক্ষর করে জমা দেওয়া ও গ্রহণ করা।</w:t>
      </w:r>
    </w:p>
    <w:p>
      <w:pPr>
        <w:spacing w:after="120"/>
        <w:ind w:left="510" w:hanging="340"/>
        <w:jc w:val="both"/>
      </w:pPr>
      <w:r>
        <w:rPr>
          <w:rFonts w:ascii="Vrinda" w:hAnsi="Vrinda" w:cs="Vrinda"/>
          <w:b w:val="0"/>
          <w:i w:val="0"/>
        </w:rPr>
        <w:t>3.  আমার সম্পত্তি ভাড়া দেওয়া, ভাড়ার চুক্তিতে স্বাক্ষর করা, ভাড়া ও জামানত গ্রহণ করা এবং রসিদ দেওয়া।</w:t>
      </w:r>
    </w:p>
    <w:p>
      <w:pPr>
        <w:spacing w:after="120"/>
        <w:ind w:left="510" w:hanging="340"/>
        <w:jc w:val="both"/>
      </w:pPr>
      <w:r>
        <w:rPr>
          <w:rFonts w:ascii="Vrinda" w:hAnsi="Vrinda" w:cs="Vrinda"/>
          <w:b w:val="0"/>
          <w:i w:val="0"/>
        </w:rPr>
        <w:t>4.  আইনজীবী নিয়োগ করা, ওকালতনামায় স্বাক্ষর করা এবং আমার বিষয় সংক্রান্ত মামলা দায়ের ও পরিচালনা করা।</w:t>
      </w:r>
    </w:p>
    <w:p>
      <w:pPr>
        <w:spacing w:after="120"/>
        <w:ind w:left="510" w:hanging="340"/>
        <w:jc w:val="both"/>
      </w:pPr>
      <w:r>
        <w:rPr>
          <w:rFonts w:ascii="Vrinda" w:hAnsi="Vrinda" w:cs="Vrinda"/>
          <w:b w:val="0"/>
          <w:i w:val="0"/>
        </w:rPr>
        <w:t>5.  উপরোক্ত উদ্দেশ্যে প্রয়োজনীয় সমস্ত বৈধ কাজ এমনভাবে করা যেন আমি নিজেই তা করছি।</w:t>
      </w:r>
    </w:p>
    <w:p>
      <w:pPr>
        <w:spacing w:after="120"/>
        <w:jc w:val="both"/>
      </w:pPr>
      <w:r>
        <w:rPr>
          <w:rFonts w:ascii="Vrinda" w:hAnsi="Vrinda" w:cs="Vrinda"/>
          <w:b w:val="0"/>
          <w:i w:val="0"/>
        </w:rPr>
        <w:t>এই আমমোক্তারনামা আমমোক্তারকে আমার কোনো স্থাবর সম্পত্তি বিক্রয়, দান, বন্ধক বা হস্তান্তর করার ক্ষমতা দেয় না। এই দলিলের অধীনে আমমোক্তার কর্তৃক বৈধভাবে সম্পাদিত সমস্ত কাজ আমি অনুমোদন ও স্বীকার করব। আমি লিখিতভাবে বাতিল না করা পর্যন্ত এই আমমোক্তারনামা বলবৎ থাকবে।</w:t>
      </w:r>
    </w:p>
    <w:p>
      <w:pPr>
        <w:spacing w:after="120"/>
        <w:jc w:val="both"/>
      </w:pPr>
      <w:r>
        <w:rPr>
          <w:rFonts w:ascii="Vrinda" w:hAnsi="Vrinda" w:cs="Vrinda"/>
          <w:b w:val="0"/>
          <w:i w:val="0"/>
        </w:rPr>
        <w:t>এতদ্বারা আজ 14/10/2026 তারিখে কলকাতা এ এই আমমোক্তারনামা সম্পাদন করলাম।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দাতার স্বাক্ষর</w:t>
            </w:r>
          </w:p>
          <w:p>
            <w:r>
              <w:rPr>
                <w:b/>
              </w:rPr>
              <w:t>অমিত কুমার বসু</w:t>
            </w:r>
          </w:p>
        </w:tc>
        <w:tc>
          <w:tcPr>
            <w:tcW w:type="dxa" w:w="4649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আমমোক্তারের সম্মতি</w:t>
            </w:r>
          </w:p>
          <w:p>
            <w:r>
              <w:rPr>
                <w:b/>
              </w:rPr>
              <w:t>অনিন্দ্য বসু</w:t>
            </w:r>
          </w:p>
        </w:tc>
      </w:tr>
    </w:tbl>
    <w:p>
      <w:pPr>
        <w:spacing w:after="120"/>
      </w:pPr>
      <w:r>
        <w:rPr>
          <w:rFonts w:ascii="Vrinda" w:hAnsi="Vrinda" w:cs="Vrinda"/>
          <w:b w:val="0"/>
          <w:i w:val="0"/>
        </w:rPr>
      </w:r>
    </w:p>
    <w:p>
      <w:pPr>
        <w:spacing w:after="120"/>
      </w:pPr>
      <w:r>
        <w:rPr>
          <w:rFonts w:ascii="Vrinda" w:hAnsi="Vrinda" w:cs="Vrinda"/>
          <w:b/>
          <w:i w:val="0"/>
          <w:color w:val="6D1A1F"/>
        </w:rPr>
        <w:t>সাক্ষী</w:t>
      </w:r>
    </w:p>
    <w:p>
      <w:pPr>
        <w:spacing w:after="40"/>
      </w:pPr>
      <w:r>
        <w:rPr>
          <w:rFonts w:ascii="Vrinda" w:hAnsi="Vrinda" w:cs="Vrinda"/>
          <w:b w:val="0"/>
          <w:i w:val="0"/>
        </w:rPr>
        <w:t>1. নাম: ______________________</w:t>
      </w:r>
    </w:p>
    <w:p>
      <w:pPr>
        <w:spacing w:after="40"/>
      </w:pPr>
      <w:r>
        <w:rPr>
          <w:rFonts w:ascii="Vrinda" w:hAnsi="Vrinda" w:cs="Vrinda"/>
          <w:b w:val="0"/>
          <w:i w:val="0"/>
        </w:rPr>
        <w:t xml:space="preserve">    ঠিকানা: ______________________</w:t>
      </w:r>
    </w:p>
    <w:p>
      <w:pPr>
        <w:spacing w:after="160"/>
      </w:pPr>
      <w:r>
        <w:rPr>
          <w:rFonts w:ascii="Vrinda" w:hAnsi="Vrinda" w:cs="Vrinda"/>
          <w:b w:val="0"/>
          <w:i w:val="0"/>
        </w:rPr>
        <w:t xml:space="preserve">    স্বাক্ষর: ______________________</w:t>
      </w:r>
    </w:p>
    <w:p>
      <w:pPr>
        <w:spacing w:after="40"/>
      </w:pPr>
      <w:r>
        <w:rPr>
          <w:rFonts w:ascii="Vrinda" w:hAnsi="Vrinda" w:cs="Vrinda"/>
          <w:b w:val="0"/>
          <w:i w:val="0"/>
        </w:rPr>
        <w:t>2. নাম: ______________________</w:t>
      </w:r>
    </w:p>
    <w:p>
      <w:pPr>
        <w:spacing w:after="40"/>
      </w:pPr>
      <w:r>
        <w:rPr>
          <w:rFonts w:ascii="Vrinda" w:hAnsi="Vrinda" w:cs="Vrinda"/>
          <w:b w:val="0"/>
          <w:i w:val="0"/>
        </w:rPr>
        <w:t xml:space="preserve">    ঠিকানা: ______________________</w:t>
      </w:r>
    </w:p>
    <w:p>
      <w:pPr>
        <w:spacing w:after="160"/>
      </w:pPr>
      <w:r>
        <w:rPr>
          <w:rFonts w:ascii="Vrinda" w:hAnsi="Vrinda" w:cs="Vrinda"/>
          <w:b w:val="0"/>
          <w:i w:val="0"/>
        </w:rPr>
        <w:t xml:space="preserve">    স্বাক্ষর: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নোটারি প্রত্যয়ন (প্রয়োজন হলে)</w:t>
            </w:r>
          </w:p>
          <w:p>
            <w:r>
              <w:rPr>
                <w:sz w:val="18"/>
              </w:rPr>
              <w:t>আমার সম্মুখে প্রত্যয়িত, তারিখ ______________</w:t>
            </w:r>
          </w:p>
          <w:p>
            <w:r>
              <w:rPr>
                <w:sz w:val="18"/>
              </w:rPr>
              <w:t>নোটারির নাম ______________   রেজিস্ট্রেশন নং ______________</w:t>
            </w:r>
          </w:p>
          <w:p>
            <w:r>
              <w:rPr>
                <w:sz w:val="18"/>
              </w:rPr>
              <w:t>নোটারির সিল ও স্বাক্ষর ______________</w:t>
            </w:r>
          </w:p>
        </w:tc>
      </w:tr>
    </w:tbl>
    <w:p>
      <w:pPr>
        <w:spacing w:after="120"/>
      </w:pPr>
      <w:r>
        <w:rPr>
          <w:rFonts w:ascii="Vrinda" w:hAnsi="Vrinda" w:cs="Vrinda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রেজিস্ট্রেশন পৃষ্ঠাঙ্কন (যেখানে প্রয়োজন)</w:t>
            </w:r>
          </w:p>
          <w:p>
            <w:r>
              <w:rPr>
                <w:sz w:val="18"/>
              </w:rPr>
              <w:t>সাব-রেজিস্ট্রার অফিস ______________ এ পেশ, তারিখ ______________</w:t>
            </w:r>
          </w:p>
          <w:p>
            <w:r>
              <w:rPr>
                <w:sz w:val="18"/>
              </w:rPr>
              <w:t>দলিল নং ______________   বই নং ______________   খণ্ড ______________</w:t>
            </w:r>
          </w:p>
          <w:p>
            <w:r>
              <w:rPr>
                <w:sz w:val="18"/>
              </w:rPr>
              <w:t>রাজ্যের নিয়ম অনুযায়ী রেজিস্ট্রেশন ফি ও স্ট্যাম্প ডিউটি: ______________</w:t>
            </w:r>
          </w:p>
        </w:tc>
      </w:tr>
    </w:tbl>
    <w:p>
      <w:pPr>
        <w:spacing w:after="120"/>
      </w:pPr>
      <w:r>
        <w:rPr>
          <w:rFonts w:ascii="Vrinda" w:hAnsi="Vrinda" w:cs="Vrinda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rinda" w:hAnsi="Vrinda" w:eastAsia="Vrinda" w:cs="Vrind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সাধারণ আমমোক্তারনামা (জেনারেল পাওয়ার অফ অ্যাটর্নি)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