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rFonts w:ascii="Times New Roman" w:hAnsi="Times New Roman" w:cs="Times New Roman"/>
          <w:b w:val="0"/>
          <w:i w:val="0"/>
        </w:rPr>
        <w:t>Pooja Nair</w:t>
      </w:r>
    </w:p>
    <w:p>
      <w:pPr>
        <w:spacing w:after="0"/>
      </w:pPr>
      <w:r>
        <w:rPr>
          <w:rFonts w:ascii="Times New Roman" w:hAnsi="Times New Roman" w:cs="Times New Roman"/>
          <w:b w:val="0"/>
          <w:i w:val="0"/>
        </w:rPr>
        <w:t>Flat 11, Palm Grove Apartments, Kakkanad, Kochi, Kerala 682030</w:t>
      </w:r>
    </w:p>
    <w:p>
      <w:pPr>
        <w:spacing w:after="0"/>
      </w:pPr>
      <w:r>
        <w:rPr>
          <w:rFonts w:ascii="Times New Roman" w:hAnsi="Times New Roman" w:cs="Times New Roman"/>
          <w:b w:val="0"/>
          <w:i w:val="0"/>
        </w:rPr>
        <w:t>98470 12345, pooja.nair@example.com</w:t>
      </w:r>
    </w:p>
    <w:p>
      <w:pPr>
        <w:spacing w:after="80"/>
      </w:pPr>
      <w:r>
        <w:rPr>
          <w:rFonts w:ascii="Times New Roman" w:hAnsi="Times New Roman" w:cs="Times New Roman"/>
          <w:b w:val="0"/>
          <w:i w:val="0"/>
        </w:rPr>
      </w:r>
    </w:p>
    <w:p>
      <w:pPr>
        <w:spacing w:after="120"/>
        <w:jc w:val="both"/>
      </w:pPr>
      <w:r>
        <w:rPr>
          <w:rFonts w:ascii="Times New Roman" w:hAnsi="Times New Roman" w:cs="Times New Roman"/>
          <w:b w:val="0"/>
          <w:i w:val="0"/>
        </w:rPr>
        <w:t>Date: 14 October 2026    Place: Kochi</w:t>
      </w:r>
    </w:p>
    <w:p>
      <w:pPr>
        <w:spacing w:after="80"/>
        <w:jc w:val="center"/>
      </w:pPr>
      <w:r>
        <w:rPr>
          <w:rFonts w:ascii="Times New Roman" w:hAnsi="Times New Roman" w:cs="Times New Roman"/>
          <w:b/>
          <w:i w:val="0"/>
          <w:color w:val="6D1A1F"/>
          <w:sz w:val="32"/>
        </w:rPr>
        <w:t>NO OBJECTION CERTIFICATE FROM PROPERTY OWNER</w:t>
      </w:r>
    </w:p>
    <w:p>
      <w:pPr>
        <w:spacing w:after="0"/>
      </w:pPr>
      <w:r>
        <w:rPr>
          <w:rFonts w:ascii="Times New Roman" w:hAnsi="Times New Roman" w:cs="Times New Roman"/>
          <w:b w:val="0"/>
          <w:i w:val="0"/>
        </w:rPr>
        <w:t>To,</w:t>
      </w:r>
    </w:p>
    <w:p>
      <w:pPr>
        <w:spacing w:after="0"/>
      </w:pPr>
      <w:r>
        <w:rPr>
          <w:rFonts w:ascii="Times New Roman" w:hAnsi="Times New Roman" w:cs="Times New Roman"/>
          <w:b w:val="0"/>
          <w:i w:val="0"/>
        </w:rPr>
        <w:t>The Proper Officer, Goods and Services Tax Department</w:t>
      </w:r>
    </w:p>
    <w:p>
      <w:pPr>
        <w:spacing w:after="80"/>
      </w:pPr>
      <w:r>
        <w:rPr>
          <w:rFonts w:ascii="Times New Roman" w:hAnsi="Times New Roman" w:cs="Times New Roman"/>
          <w:b w:val="0"/>
          <w:i w:val="0"/>
        </w:rPr>
      </w:r>
    </w:p>
    <w:p>
      <w:pPr>
        <w:spacing w:after="120"/>
      </w:pPr>
      <w:r>
        <w:rPr>
          <w:rFonts w:ascii="Times New Roman" w:hAnsi="Times New Roman" w:cs="Times New Roman"/>
          <w:b/>
          <w:i w:val="0"/>
        </w:rPr>
        <w:t>Subject: No objection to use of premises as principal place of business</w:t>
      </w:r>
    </w:p>
    <w:p>
      <w:pPr>
        <w:spacing w:after="120"/>
        <w:jc w:val="both"/>
      </w:pPr>
      <w:r>
        <w:rPr>
          <w:rFonts w:ascii="Times New Roman" w:hAnsi="Times New Roman" w:cs="Times New Roman"/>
          <w:b w:val="0"/>
          <w:i w:val="0"/>
        </w:rPr>
        <w:t>Dear Sir / Madam,</w:t>
      </w:r>
    </w:p>
    <w:p>
      <w:pPr>
        <w:spacing w:after="120"/>
        <w:jc w:val="both"/>
      </w:pPr>
      <w:r>
        <w:rPr>
          <w:rFonts w:ascii="Times New Roman" w:hAnsi="Times New Roman" w:cs="Times New Roman"/>
          <w:b w:val="0"/>
          <w:i w:val="0"/>
        </w:rPr>
        <w:t>I, Shri Gopinathan Nair, father of the proprietor, am the owner of the premises at Ground floor shop, Door No. 34/1120, Palarivattom, Kochi, Kerala 682025.</w:t>
      </w:r>
    </w:p>
    <w:p>
      <w:pPr>
        <w:spacing w:after="120"/>
        <w:jc w:val="both"/>
      </w:pPr>
      <w:r>
        <w:rPr>
          <w:rFonts w:ascii="Times New Roman" w:hAnsi="Times New Roman" w:cs="Times New Roman"/>
          <w:b w:val="0"/>
          <w:i w:val="0"/>
        </w:rPr>
        <w:t>I have no objection to M/s Nair Textiles, proprietor Ms. Pooja Nair using the said premises free of rent with the owner's consent as its principal place of business, including for registration under the Goods and Services Tax law and other business registrations.</w:t>
      </w:r>
    </w:p>
    <w:p>
      <w:pPr>
        <w:spacing w:after="120"/>
        <w:jc w:val="both"/>
      </w:pPr>
      <w:r>
        <w:rPr>
          <w:rFonts w:ascii="Times New Roman" w:hAnsi="Times New Roman" w:cs="Times New Roman"/>
          <w:b w:val="0"/>
          <w:i w:val="0"/>
        </w:rPr>
        <w:t>A copy of my ownership proof (property tax receipt or electricity bill) and my identity proof are enclosed.</w:t>
      </w:r>
    </w:p>
    <w:p>
      <w:pPr>
        <w:spacing w:after="120"/>
        <w:jc w:val="both"/>
      </w:pPr>
      <w:r>
        <w:rPr>
          <w:rFonts w:ascii="Times New Roman" w:hAnsi="Times New Roman" w:cs="Times New Roman"/>
          <w:b w:val="0"/>
          <w:i w:val="0"/>
        </w:rPr>
        <w:t>This consent remains valid until withdrawn by me in writing.</w:t>
      </w:r>
    </w:p>
    <w:tbl>
      <w:tblPr>
        <w:tblW w:type="auto" w:w="0"/>
        <w:tblLook w:firstColumn="1" w:firstRow="1" w:lastColumn="0" w:lastRow="0" w:noHBand="0" w:noVBand="1" w:val="04A0"/>
      </w:tblPr>
      <w:tblGrid>
        <w:gridCol w:w="9298"/>
      </w:tblGrid>
      <w:tr>
        <w:tc>
          <w:tcPr>
            <w:tcW w:type="dxa" w:w="9298"/>
          </w:tcPr>
          <w:p>
            <w:r>
              <w:br/>
              <w:br/>
              <w:t>__________________________</w:t>
            </w:r>
          </w:p>
          <w:p>
            <w:r>
              <w:rPr>
                <w:sz w:val="18"/>
              </w:rPr>
              <w:t>Owner</w:t>
            </w:r>
          </w:p>
          <w:p>
            <w:r>
              <w:rPr>
                <w:b/>
              </w:rPr>
              <w:t>Pooja Nair</w:t>
            </w:r>
          </w:p>
        </w:tc>
      </w:tr>
    </w:tbl>
    <w:p>
      <w:pPr>
        <w:spacing w:after="120"/>
      </w:pPr>
      <w:r>
        <w:rPr>
          <w:rFonts w:ascii="Times New Roman" w:hAnsi="Times New Roman" w:cs="Times New Roman"/>
          <w:b w:val="0"/>
          <w:i w:val="0"/>
        </w:rPr>
      </w:r>
    </w:p>
    <w:tbl>
      <w:tblPr>
        <w:tblStyle w:val="TableGrid"/>
        <w:tblW w:type="auto" w:w="0"/>
        <w:tblLook w:firstColumn="1" w:firstRow="1" w:lastColumn="0" w:lastRow="0" w:noHBand="0" w:noVBand="1" w:val="04A0"/>
      </w:tblPr>
      <w:tblGrid>
        <w:gridCol w:w="9298"/>
      </w:tblGrid>
      <w:tr>
        <w:tc>
          <w:tcPr>
            <w:tcW w:type="dxa" w:w="9298"/>
          </w:tcPr>
          <w:p>
            <w:r>
              <w:rPr>
                <w:b/>
                <w:sz w:val="18"/>
              </w:rPr>
              <w:t>FORMALITIES (complete only where required)</w:t>
            </w:r>
          </w:p>
          <w:p>
            <w:r>
              <w:rPr>
                <w:sz w:val="18"/>
              </w:rPr>
              <w:t>Stamp paper / e-stamp, if the receiving office or State law requires: Rs. ______________   Certificate No. ______________</w:t>
            </w:r>
          </w:p>
          <w:p>
            <w:r>
              <w:rPr>
                <w:sz w:val="18"/>
              </w:rPr>
              <w:t>Notarised / attested on ______________ by ______________   Registration No. of notary ______________</w:t>
            </w:r>
          </w:p>
          <w:p>
            <w:r>
              <w:rPr>
                <w:sz w:val="18"/>
              </w:rPr>
              <w:t>Registration, if required: Sub-Registrar office ______________   Document No. ______________</w:t>
            </w:r>
          </w:p>
        </w:tc>
      </w:tr>
    </w:tbl>
    <w:p>
      <w:pPr>
        <w:spacing w:after="120"/>
      </w:pPr>
      <w:r>
        <w:rPr>
          <w:rFonts w:ascii="Times New Roman" w:hAnsi="Times New Roman" w:cs="Times New Roman"/>
          <w:b w:val="0"/>
          <w:i w:val="0"/>
        </w:rPr>
      </w:r>
    </w:p>
    <w:sectPr w:rsidR="00FC693F" w:rsidRPr="0006063C" w:rsidSect="00034616">
      <w:pgSz w:w="11906" w:h="16838"/>
      <w:pgMar w:top="1247"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 OBJECTION CERTIFICATE FROM PROPERTY OWNER</dc:title>
  <dc:subject/>
  <dc:creator>Power of Attorney Form (template)</dc:creator>
  <cp:keywords/>
  <dc:description>generated by python-docx</dc:description>
  <cp:lastModifiedBy/>
  <cp:revision>1</cp:revision>
  <dcterms:created xsi:type="dcterms:W3CDTF">2013-12-23T23:15:00Z</dcterms:created>
  <dcterms:modified xsi:type="dcterms:W3CDTF">2013-12-23T23:15:00Z</dcterms:modified>
  <cp:category/>
</cp:coreProperties>
</file>