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NO OBJECTION CERTIFICATE BY LEGAL HEIRS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The Branch Manager, Federal Bank, Kakkanad Branch, Kochi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No objection to transfer of Savings Account No. XXXXXXX9021 and Fixed Deposit No. FD-9021-0007 with Federal Bank, Kakkanad Branch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We, the undersigned legal heirs of Late Shri Gopinathan Nair, who died on 18 April 2026, state as follows: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Pooja Nair, daughter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Rahul Nair, son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We have no objection to the settlement of Savings Account No. XXXXXXX9021 and Fixed Deposit No. FD-9021-0007 with Federal Bank, Kakkanad Branch in favour of Smt. Lalitha Nair, wife of the deceased, and we shall not make any claim against the bank in respect of it.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We undertake to indemnify the bank if any claim is made by any of us in future.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Signatures of all legal heirs</w:t>
            </w:r>
          </w:p>
          <w:p>
            <w:r>
              <w:rPr>
                <w:b/>
              </w:rPr>
              <w:t>Pooja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NOTARISATION / ATTESTATION (if required)</w:t>
            </w:r>
          </w:p>
          <w:p>
            <w:r>
              <w:rPr>
                <w:sz w:val="18"/>
              </w:rPr>
              <w:t>Attested before me on ______________</w:t>
            </w:r>
          </w:p>
          <w:p>
            <w:r>
              <w:rPr>
                <w:sz w:val="18"/>
              </w:rPr>
              <w:t>Name of Notary ______________   Registration No. ______________</w:t>
            </w:r>
          </w:p>
          <w:p>
            <w:r>
              <w:rPr>
                <w:sz w:val="18"/>
              </w:rPr>
              <w:t>Seal and signature of Notary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OBJECTION CERTIFICATE BY LEGAL HEIRS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