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Mangal" w:hAnsi="Mangal" w:cs="Mangal"/>
          <w:b/>
          <w:i w:val="0"/>
          <w:color w:val="6D1A1F"/>
          <w:sz w:val="32"/>
        </w:rPr>
        <w:t>अनापत्ति प्रमाण पत्र</w:t>
      </w:r>
    </w:p>
    <w:p>
      <w:pPr>
        <w:spacing w:after="0"/>
      </w:pPr>
      <w:r>
        <w:rPr>
          <w:rFonts w:ascii="Mangal" w:hAnsi="Mangal" w:cs="Mangal"/>
          <w:b w:val="0"/>
          <w:i w:val="0"/>
        </w:rPr>
        <w:t>सेवा में,</w:t>
      </w:r>
    </w:p>
    <w:p>
      <w:pPr>
        <w:spacing w:after="0"/>
      </w:pPr>
      <w:r>
        <w:rPr>
          <w:rFonts w:ascii="Mangal" w:hAnsi="Mangal" w:cs="Mangal"/>
          <w:b w:val="0"/>
          <w:i w:val="0"/>
        </w:rPr>
        <w:t>सेवा में, श्रीमान अधिकारी महोदय, संबंधित कार्यालय</w:t>
      </w:r>
    </w:p>
    <w:p>
      <w:pPr>
        <w:spacing w:after="80"/>
      </w:pPr>
      <w:r>
        <w:rPr>
          <w:rFonts w:ascii="Mangal" w:hAnsi="Mangal" w:cs="Mangal"/>
          <w:b w:val="0"/>
          <w:i w:val="0"/>
        </w:rPr>
      </w:r>
    </w:p>
    <w:p>
      <w:pPr>
        <w:spacing w:after="120"/>
      </w:pPr>
      <w:r>
        <w:rPr>
          <w:rFonts w:ascii="Mangal" w:hAnsi="Mangal" w:cs="Mangal"/>
          <w:b/>
          <w:i w:val="0"/>
        </w:rPr>
        <w:t>विषय: अनापत्ति प्रमाण पत्र के संबंध में</w:t>
      </w:r>
    </w:p>
    <w:p>
      <w:pPr>
        <w:spacing w:after="120"/>
        <w:jc w:val="both"/>
      </w:pPr>
      <w:r>
        <w:rPr>
          <w:rFonts w:ascii="Mangal" w:hAnsi="Mangal" w:cs="Mangal"/>
          <w:b w:val="0"/>
          <w:i w:val="0"/>
        </w:rPr>
        <w:t>महोदय,</w:t>
      </w:r>
    </w:p>
    <w:p>
      <w:pPr>
        <w:spacing w:after="120"/>
        <w:jc w:val="both"/>
      </w:pPr>
      <w:r>
        <w:rPr>
          <w:rFonts w:ascii="Mangal" w:hAnsi="Mangal" w:cs="Mangal"/>
          <w:b w:val="0"/>
          <w:i w:val="0"/>
        </w:rPr>
        <w:t>मैं, सुनीता शर्मा, पत्नी श्री अशोक शर्मा, निवासी मकान नं. 45, शिव नगर, जयपुर, राजस्थान 302017, यह प्रमाणित करती / करता हूँ कि मुझे मेरे पुत्र श्री राहुल शर्मा द्वारा मेरे स्वामित्व वाले उपरोक्त मकान के पते पर अपना व्यवसाय पंजीकृत कराने और बिजली कनेक्शन लेने पर कोई आपत्ति नहीं है।</w:t>
      </w:r>
    </w:p>
    <w:p>
      <w:pPr>
        <w:spacing w:after="120"/>
        <w:jc w:val="both"/>
      </w:pPr>
      <w:r>
        <w:rPr>
          <w:rFonts w:ascii="Mangal" w:hAnsi="Mangal" w:cs="Mangal"/>
          <w:b w:val="0"/>
          <w:i w:val="0"/>
        </w:rPr>
        <w:t>यह अनापत्ति प्रमाण पत्र उनके अनुरोध पर संबंधित कार्यालय में प्रस्तुत करने हेतु दिया जा रहा है। मेरे पहचान पत्र और स्वामित्व प्रमाण की प्रति संलग्न है। सत्यापन के लिए मुझसे 94140 12345 पर संपर्क किया जा सकता है।</w:t>
      </w:r>
    </w:p>
    <w:p>
      <w:pPr>
        <w:spacing w:after="120"/>
        <w:jc w:val="both"/>
      </w:pPr>
      <w:r>
        <w:rPr>
          <w:rFonts w:ascii="Mangal" w:hAnsi="Mangal" w:cs="Mangal"/>
          <w:b w:val="0"/>
          <w:i w:val="0"/>
        </w:rPr>
        <w:t>स्थान: जयपुर</w:t>
      </w:r>
    </w:p>
    <w:p>
      <w:pPr>
        <w:spacing w:after="120"/>
        <w:jc w:val="both"/>
      </w:pPr>
      <w:r>
        <w:rPr>
          <w:rFonts w:ascii="Mangal" w:hAnsi="Mangal" w:cs="Mangal"/>
          <w:b w:val="0"/>
          <w:i w:val="0"/>
        </w:rPr>
        <w:t>दिनांक: 14/10/2026</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हस्ताक्षर</w:t>
            </w:r>
          </w:p>
          <w:p>
            <w:r>
              <w:rPr>
                <w:b/>
              </w:rPr>
              <w:t>सुनीता शर्मा</w:t>
            </w:r>
          </w:p>
        </w:tc>
      </w:tr>
    </w:tbl>
    <w:p>
      <w:pPr>
        <w:spacing w:after="120"/>
      </w:pPr>
      <w:r>
        <w:rPr>
          <w:rFonts w:ascii="Mangal" w:hAnsi="Mangal" w:cs="Mangal"/>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औपचारिकताएँ (केवल आवश्यक होने पर भरें)</w:t>
            </w:r>
          </w:p>
          <w:p>
            <w:r>
              <w:rPr>
                <w:sz w:val="18"/>
              </w:rPr>
              <w:t>स्टाम्प पेपर / ई-स्टाम्प, यदि आवश्यक हो: रु. ______________</w:t>
            </w:r>
          </w:p>
          <w:p>
            <w:r>
              <w:rPr>
                <w:sz w:val="18"/>
              </w:rPr>
              <w:t>नोटरी सत्यापन दिनांक ______________ द्वारा ______________</w:t>
            </w:r>
          </w:p>
          <w:p>
            <w:r>
              <w:rPr>
                <w:sz w:val="18"/>
              </w:rPr>
              <w:t>पंजीकरण, यदि आवश्यक हो: उप-पंजीयक कार्यालय ______________   दस्तावेज़ सं. ______________</w:t>
            </w:r>
          </w:p>
        </w:tc>
      </w:tr>
    </w:tbl>
    <w:p>
      <w:pPr>
        <w:spacing w:after="120"/>
      </w:pPr>
      <w:r>
        <w:rPr>
          <w:rFonts w:ascii="Mangal" w:hAnsi="Mangal" w:cs="Mangal"/>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gal" w:hAnsi="Mangal" w:eastAsia="Mangal" w:cs="Mang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अनापत्ति प्रमाण पत्र</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