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Pooja Nair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Flat 11, Palm Grove Apartments, Kakkanad, Kochi, Kerala 682030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98470 12345, pooja.nair@example.com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Date: 14 October 2026    Place: Kochi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NO OBJECTION CERTIFICATE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To,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To Whom It May Concern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/>
          <w:i w:val="0"/>
        </w:rPr>
        <w:t>Subject: No objection certificate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Dear Sir / Madam,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Pooja Nair, residing at Flat 11, Palm Grove Apartments, Kakkanad, Kochi, Kerala 682030, in my capacity as the mother and natural guardian of Ms. Divya Menon, hereby state that I have no objection to Ms. Divya Menon applying for and obtaining a passport, and travelling abroad for higher studies.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This certificate is issued at the request of Ms. Divya Menon for submission to the concerned authority, and I confirm that the details given above are correct.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 can be contacted at 98470 12345, pooja.nair@example.com for verification.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Signature of the person giving NOC</w:t>
            </w:r>
          </w:p>
          <w:p>
            <w:r>
              <w:rPr>
                <w:b/>
              </w:rPr>
              <w:t>Pooja Nair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Stamp paper / e-stamp, if the receiving office or State law requires: Rs. ______________   Certificate No. ______________</w:t>
            </w:r>
          </w:p>
          <w:p>
            <w:r>
              <w:rPr>
                <w:sz w:val="18"/>
              </w:rPr>
              <w:t>Notarised / attested on ______________ by ______________   Registration No. of notary ______________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OBJECTION CERTIFICATE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