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type="auto" w:w="0"/>
        <w:tblLook w:firstColumn="1" w:firstRow="1" w:lastColumn="0" w:lastRow="0" w:noHBand="0" w:noVBand="1" w:val="04A0"/>
      </w:tblPr>
      <w:tblGrid>
        <w:gridCol w:w="9298"/>
      </w:tblGrid>
      <w:tr>
        <w:tc>
          <w:tcPr>
            <w:tcW w:type="dxa" w:w="9298"/>
          </w:tcPr>
          <w:p>
            <w:pPr>
              <w:jc w:val="center"/>
            </w:pPr>
            <w:r>
              <w:rPr>
                <w:b/>
              </w:rPr>
              <w:t>STAMP PAPER / E-STAMP</w:t>
            </w:r>
          </w:p>
          <w:p>
            <w:r>
              <w:rPr>
                <w:sz w:val="18"/>
              </w:rPr>
              <w:t>Non-judicial stamp paper or e-stamp certificate of value Rs. ______________ as applicable in the State of ______________</w:t>
            </w:r>
          </w:p>
          <w:p>
            <w:r>
              <w:rPr>
                <w:sz w:val="18"/>
              </w:rPr>
              <w:t>E-stamp certificate No. ______________   Date of issue ______________</w:t>
            </w:r>
          </w:p>
          <w:p>
            <w:r>
              <w:rPr>
                <w:sz w:val="18"/>
              </w:rPr>
              <w:t>Stamp duty depends on the State and the type of document. Confirm the correct value before printing.</w:t>
            </w:r>
          </w:p>
        </w:tc>
      </w:tr>
    </w:tbl>
    <w:p>
      <w:pPr>
        <w:spacing w:after="160"/>
      </w:pPr>
      <w:r>
        <w:rPr>
          <w:rFonts w:ascii="Times New Roman" w:hAnsi="Times New Roman" w:cs="Times New Roman"/>
          <w:b w:val="0"/>
          <w:i w:val="0"/>
        </w:rPr>
      </w:r>
    </w:p>
    <w:p>
      <w:pPr>
        <w:spacing w:after="80"/>
        <w:jc w:val="center"/>
      </w:pPr>
      <w:r>
        <w:rPr>
          <w:rFonts w:ascii="Times New Roman" w:hAnsi="Times New Roman" w:cs="Times New Roman"/>
          <w:b/>
          <w:i w:val="0"/>
          <w:color w:val="6D1A1F"/>
          <w:sz w:val="32"/>
        </w:rPr>
        <w:t>GIFT DEED</w:t>
      </w:r>
    </w:p>
    <w:p>
      <w:pPr>
        <w:spacing w:after="120"/>
        <w:jc w:val="both"/>
      </w:pPr>
      <w:r>
        <w:rPr>
          <w:rFonts w:ascii="Times New Roman" w:hAnsi="Times New Roman" w:cs="Times New Roman"/>
          <w:b w:val="0"/>
          <w:i w:val="0"/>
        </w:rPr>
        <w:t>This Gift Deed is made at Bengaluru on 14 October 2026 BY Kamlesh Rao, S/o Late Shri Venkat Rao, residing at 16, Jayanagar 4th Block, Bengaluru, Karnataka 560011 (the "Donor") IN FAVOUR OF Sneha Rao, D/o Shri Kamlesh Rao, residing at 16, Jayanagar 4th Block, Bengaluru, Karnataka 560011, the Donor's daughter (the "Donee").</w:t>
      </w:r>
    </w:p>
    <w:p>
      <w:pPr>
        <w:spacing w:after="120"/>
        <w:jc w:val="both"/>
      </w:pPr>
      <w:r>
        <w:rPr>
          <w:rFonts w:ascii="Times New Roman" w:hAnsi="Times New Roman" w:cs="Times New Roman"/>
          <w:b w:val="0"/>
          <w:i w:val="0"/>
        </w:rPr>
        <w:t>WHEREAS the Donor is the absolute owner of the property described in the Schedule (the "Property") by virtue of registered sale deed dated 20 March 2014, and out of natural love and affection for the Donee wishes to gift the Property to the Donee.</w:t>
      </w:r>
    </w:p>
    <w:p>
      <w:pPr>
        <w:spacing w:after="80"/>
      </w:pPr>
      <w:r>
        <w:rPr>
          <w:rFonts w:ascii="Times New Roman" w:hAnsi="Times New Roman" w:cs="Times New Roman"/>
          <w:b/>
          <w:i w:val="0"/>
          <w:color w:val="6D1A1F"/>
        </w:rPr>
        <w:t>NOW THIS DEED WITNESSES</w:t>
      </w:r>
    </w:p>
    <w:p>
      <w:pPr>
        <w:spacing w:after="120"/>
        <w:ind w:left="510" w:hanging="340"/>
        <w:jc w:val="both"/>
      </w:pPr>
      <w:r>
        <w:rPr>
          <w:rFonts w:ascii="Times New Roman" w:hAnsi="Times New Roman" w:cs="Times New Roman"/>
          <w:b w:val="0"/>
          <w:i w:val="0"/>
        </w:rPr>
        <w:t>1.  The Donor, out of natural love and affection and without any consideration, hereby gifts and transfers the Property to the Donee absolutely, with all rights, title, interest, easements and appurtenances.</w:t>
      </w:r>
    </w:p>
    <w:p>
      <w:pPr>
        <w:spacing w:after="120"/>
        <w:ind w:left="510" w:hanging="340"/>
        <w:jc w:val="both"/>
      </w:pPr>
      <w:r>
        <w:rPr>
          <w:rFonts w:ascii="Times New Roman" w:hAnsi="Times New Roman" w:cs="Times New Roman"/>
          <w:b w:val="0"/>
          <w:i w:val="0"/>
        </w:rPr>
        <w:t>2.  The Donee accepts this gift, as shown by the Donee's signature on this deed, during the lifetime of the Donor.</w:t>
      </w:r>
    </w:p>
    <w:p>
      <w:pPr>
        <w:spacing w:after="120"/>
        <w:ind w:left="510" w:hanging="340"/>
        <w:jc w:val="both"/>
      </w:pPr>
      <w:r>
        <w:rPr>
          <w:rFonts w:ascii="Times New Roman" w:hAnsi="Times New Roman" w:cs="Times New Roman"/>
          <w:b w:val="0"/>
          <w:i w:val="0"/>
        </w:rPr>
        <w:t>3.  The Donor has today handed over possession of the Property and the original title documents to the Donee.</w:t>
      </w:r>
    </w:p>
    <w:p>
      <w:pPr>
        <w:spacing w:after="120"/>
        <w:ind w:left="510" w:hanging="340"/>
        <w:jc w:val="both"/>
      </w:pPr>
      <w:r>
        <w:rPr>
          <w:rFonts w:ascii="Times New Roman" w:hAnsi="Times New Roman" w:cs="Times New Roman"/>
          <w:b w:val="0"/>
          <w:i w:val="0"/>
        </w:rPr>
        <w:t>4.  The Donor declares that the Property is free from all encumbrances, charges and disputes, and that the Donor has full right to gift it.</w:t>
      </w:r>
    </w:p>
    <w:p>
      <w:pPr>
        <w:spacing w:after="120"/>
        <w:ind w:left="510" w:hanging="340"/>
        <w:jc w:val="both"/>
      </w:pPr>
      <w:r>
        <w:rPr>
          <w:rFonts w:ascii="Times New Roman" w:hAnsi="Times New Roman" w:cs="Times New Roman"/>
          <w:b w:val="0"/>
          <w:i w:val="0"/>
        </w:rPr>
        <w:t>5.  The Donee may get the Property transferred into the Donee's name in all records, and the Donor shall sign any further papers needed for this.</w:t>
      </w:r>
    </w:p>
    <w:p>
      <w:pPr>
        <w:spacing w:after="120"/>
        <w:ind w:left="510" w:hanging="340"/>
        <w:jc w:val="both"/>
      </w:pPr>
      <w:r>
        <w:rPr>
          <w:rFonts w:ascii="Times New Roman" w:hAnsi="Times New Roman" w:cs="Times New Roman"/>
          <w:b w:val="0"/>
          <w:i w:val="0"/>
        </w:rPr>
        <w:t>6.  The market value of the Property for stamp duty is as per the guidance value notified for the area.</w:t>
      </w:r>
    </w:p>
    <w:p>
      <w:pPr>
        <w:spacing w:after="80"/>
      </w:pPr>
      <w:r>
        <w:rPr>
          <w:rFonts w:ascii="Times New Roman" w:hAnsi="Times New Roman" w:cs="Times New Roman"/>
          <w:b/>
          <w:i w:val="0"/>
          <w:color w:val="6D1A1F"/>
        </w:rPr>
        <w:t>SCHEDULE OF THE PROPERTY</w:t>
      </w:r>
    </w:p>
    <w:p>
      <w:pPr>
        <w:spacing w:after="120"/>
        <w:jc w:val="both"/>
      </w:pPr>
      <w:r>
        <w:rPr>
          <w:rFonts w:ascii="Times New Roman" w:hAnsi="Times New Roman" w:cs="Times New Roman"/>
          <w:b w:val="0"/>
          <w:i w:val="0"/>
        </w:rPr>
        <w:t>Apartment No. 2B, second floor, Lakeview Residency, Khata No. 1234/56, JP Nagar 6th Phase, Bengaluru 560078, super built-up area about 1,250 square feet with one covered car parking</w:t>
      </w:r>
    </w:p>
    <w:tbl>
      <w:tblPr>
        <w:tblW w:type="auto" w:w="0"/>
        <w:tblLook w:firstColumn="1" w:firstRow="1" w:lastColumn="0" w:lastRow="0" w:noHBand="0" w:noVBand="1" w:val="04A0"/>
      </w:tblPr>
      <w:tblGrid>
        <w:gridCol w:w="4649"/>
        <w:gridCol w:w="4649"/>
      </w:tblGrid>
      <w:tr>
        <w:tc>
          <w:tcPr>
            <w:tcW w:type="dxa" w:w="4649"/>
          </w:tcPr>
          <w:p>
            <w:r>
              <w:br/>
              <w:br/>
              <w:t>__________________________</w:t>
            </w:r>
          </w:p>
          <w:p>
            <w:r>
              <w:rPr>
                <w:sz w:val="18"/>
              </w:rPr>
              <w:t>Donor</w:t>
            </w:r>
          </w:p>
          <w:p>
            <w:r>
              <w:rPr>
                <w:b/>
              </w:rPr>
              <w:t>Kamlesh Rao, S/o Late Shri Venkat Rao</w:t>
            </w:r>
          </w:p>
        </w:tc>
        <w:tc>
          <w:tcPr>
            <w:tcW w:type="dxa" w:w="4649"/>
          </w:tcPr>
          <w:p>
            <w:r>
              <w:br/>
              <w:br/>
              <w:t>__________________________</w:t>
            </w:r>
          </w:p>
          <w:p>
            <w:r>
              <w:rPr>
                <w:sz w:val="18"/>
              </w:rPr>
              <w:t>Donee (accepting the gift)</w:t>
            </w:r>
          </w:p>
          <w:p>
            <w:r>
              <w:rPr>
                <w:b/>
              </w:rPr>
              <w:t>Sneha Rao, D/o Shri Kamlesh Rao</w:t>
            </w:r>
          </w:p>
        </w:tc>
      </w:tr>
    </w:tbl>
    <w:p>
      <w:pPr>
        <w:spacing w:after="120"/>
      </w:pPr>
      <w:r>
        <w:rPr>
          <w:rFonts w:ascii="Times New Roman" w:hAnsi="Times New Roman" w:cs="Times New Roman"/>
          <w:b w:val="0"/>
          <w:i w:val="0"/>
        </w:rPr>
      </w:r>
    </w:p>
    <w:p>
      <w:pPr>
        <w:spacing w:after="120"/>
      </w:pPr>
      <w:r>
        <w:rPr>
          <w:rFonts w:ascii="Times New Roman" w:hAnsi="Times New Roman" w:cs="Times New Roman"/>
          <w:b/>
          <w:i w:val="0"/>
          <w:color w:val="6D1A1F"/>
        </w:rPr>
        <w:t>WITNESSES</w:t>
      </w:r>
    </w:p>
    <w:p>
      <w:pPr>
        <w:spacing w:after="40"/>
      </w:pPr>
      <w:r>
        <w:rPr>
          <w:rFonts w:ascii="Times New Roman" w:hAnsi="Times New Roman" w:cs="Times New Roman"/>
          <w:b w:val="0"/>
          <w:i w:val="0"/>
        </w:rPr>
        <w:t>1. Name: ______________________</w:t>
      </w:r>
    </w:p>
    <w:p>
      <w:pPr>
        <w:spacing w:after="40"/>
      </w:pPr>
      <w:r>
        <w:rPr>
          <w:rFonts w:ascii="Times New Roman" w:hAnsi="Times New Roman" w:cs="Times New Roman"/>
          <w:b w:val="0"/>
          <w:i w:val="0"/>
        </w:rPr>
        <w:t xml:space="preserve">    Address: ______________________</w:t>
      </w:r>
    </w:p>
    <w:p>
      <w:pPr>
        <w:spacing w:after="160"/>
      </w:pPr>
      <w:r>
        <w:rPr>
          <w:rFonts w:ascii="Times New Roman" w:hAnsi="Times New Roman" w:cs="Times New Roman"/>
          <w:b w:val="0"/>
          <w:i w:val="0"/>
        </w:rPr>
        <w:t xml:space="preserve">    Signature: ______________________</w:t>
      </w:r>
    </w:p>
    <w:p>
      <w:pPr>
        <w:spacing w:after="40"/>
      </w:pPr>
      <w:r>
        <w:rPr>
          <w:rFonts w:ascii="Times New Roman" w:hAnsi="Times New Roman" w:cs="Times New Roman"/>
          <w:b w:val="0"/>
          <w:i w:val="0"/>
        </w:rPr>
        <w:t>2. Name: ______________________</w:t>
      </w:r>
    </w:p>
    <w:p>
      <w:pPr>
        <w:spacing w:after="40"/>
      </w:pPr>
      <w:r>
        <w:rPr>
          <w:rFonts w:ascii="Times New Roman" w:hAnsi="Times New Roman" w:cs="Times New Roman"/>
          <w:b w:val="0"/>
          <w:i w:val="0"/>
        </w:rPr>
        <w:t xml:space="preserve">    Address: ______________________</w:t>
      </w:r>
    </w:p>
    <w:p>
      <w:pPr>
        <w:spacing w:after="160"/>
      </w:pPr>
      <w:r>
        <w:rPr>
          <w:rFonts w:ascii="Times New Roman" w:hAnsi="Times New Roman" w:cs="Times New Roman"/>
          <w:b w:val="0"/>
          <w:i w:val="0"/>
        </w:rPr>
        <w:t xml:space="preserve">    Signature: ______________________</w:t>
      </w:r>
    </w:p>
    <w:tbl>
      <w:tblPr>
        <w:tblStyle w:val="TableGrid"/>
        <w:tblW w:type="auto" w:w="0"/>
        <w:tblLook w:firstColumn="1" w:firstRow="1" w:lastColumn="0" w:lastRow="0" w:noHBand="0" w:noVBand="1" w:val="04A0"/>
      </w:tblPr>
      <w:tblGrid>
        <w:gridCol w:w="9298"/>
      </w:tblGrid>
      <w:tr>
        <w:tc>
          <w:tcPr>
            <w:tcW w:type="dxa" w:w="9298"/>
          </w:tcPr>
          <w:p>
            <w:r>
              <w:rPr>
                <w:b/>
                <w:sz w:val="18"/>
              </w:rPr>
              <w:t>REGISTRATION ENDORSEMENT (where required)</w:t>
            </w:r>
          </w:p>
          <w:p>
            <w:r>
              <w:rPr>
                <w:sz w:val="18"/>
              </w:rPr>
              <w:t>Presented at the office of the Sub-Registrar ______________ on ______________</w:t>
            </w:r>
          </w:p>
          <w:p>
            <w:r>
              <w:rPr>
                <w:sz w:val="18"/>
              </w:rPr>
              <w:t>Registered as Document No. ______________   Book No. ______________   Volume ______________</w:t>
            </w:r>
          </w:p>
          <w:p>
            <w:r>
              <w:rPr>
                <w:sz w:val="18"/>
              </w:rPr>
              <w:t>Registration fee and stamp duty as per the rules of the State: ______________</w:t>
            </w:r>
          </w:p>
        </w:tc>
      </w:tr>
    </w:tbl>
    <w:p>
      <w:pPr>
        <w:spacing w:after="120"/>
      </w:pPr>
      <w:r>
        <w:rPr>
          <w:rFonts w:ascii="Times New Roman" w:hAnsi="Times New Roman" w:cs="Times New Roman"/>
          <w:b w:val="0"/>
          <w:i w:val="0"/>
        </w:rPr>
      </w:r>
    </w:p>
    <w:p>
      <w:pPr>
        <w:spacing w:after="120"/>
      </w:pPr>
      <w:r>
        <w:rPr>
          <w:rFonts w:ascii="Times New Roman" w:hAnsi="Times New Roman" w:cs="Times New Roman"/>
          <w:b w:val="0"/>
          <w:i w:val="0"/>
          <w:color w:val="5B4A3D"/>
          <w:sz w:val="18"/>
        </w:rPr>
        <w:t>Drafting note: Under section 123 of the Transfer of Property Act, 1882, a gift of immovable property must be made by a registered instrument signed by the donor and attested by at least two witnesses. Stamp duty on gifts, including concessions for family members, is set by each State.</w:t>
      </w:r>
    </w:p>
    <w:tbl>
      <w:tblPr>
        <w:tblStyle w:val="TableGrid"/>
        <w:tblW w:type="auto" w:w="0"/>
        <w:tblLook w:firstColumn="1" w:firstRow="1" w:lastColumn="0" w:lastRow="0" w:noHBand="0" w:noVBand="1" w:val="04A0"/>
      </w:tblPr>
      <w:tblGrid>
        <w:gridCol w:w="9298"/>
      </w:tblGrid>
      <w:tr>
        <w:tc>
          <w:tcPr>
            <w:tcW w:type="dxa" w:w="9298"/>
          </w:tcPr>
          <w:p>
            <w:r>
              <w:rPr>
                <w:b/>
                <w:sz w:val="18"/>
              </w:rPr>
              <w:t>FORMALITIES (complete only where required)</w:t>
            </w:r>
          </w:p>
          <w:p>
            <w:r>
              <w:rPr>
                <w:sz w:val="18"/>
              </w:rPr>
              <w:t>Notarised / attested on ______________ by ______________   Registration No. of notary ______________</w:t>
            </w:r>
          </w:p>
        </w:tc>
      </w:tr>
    </w:tbl>
    <w:p>
      <w:pPr>
        <w:spacing w:after="120"/>
      </w:pPr>
      <w:r>
        <w:rPr>
          <w:rFonts w:ascii="Times New Roman" w:hAnsi="Times New Roman" w:cs="Times New Roman"/>
          <w:b w:val="0"/>
          <w:i w:val="0"/>
        </w:rPr>
      </w:r>
    </w:p>
    <w:sectPr w:rsidR="00FC693F" w:rsidRPr="0006063C" w:rsidSect="00034616">
      <w:pgSz w:w="11906" w:h="16838"/>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GIFT DEED</dc:title>
  <dc:subject/>
  <dc:creator>Power of Attorney Form (template)</dc:creator>
  <cp:keywords/>
  <dc:description>generated by python-docx</dc:description>
  <cp:lastModifiedBy/>
  <cp:revision>1</cp:revision>
  <dcterms:created xsi:type="dcterms:W3CDTF">2013-12-23T23:15:00Z</dcterms:created>
  <dcterms:modified xsi:type="dcterms:W3CDTF">2013-12-23T23:15:00Z</dcterms:modified>
  <cp:category/>
</cp:coreProperties>
</file>