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Pooja Nair</w:t>
      </w:r>
    </w:p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Flat 11, Palm Grove Apartments, Kakkanad, Kochi, Kerala 682030</w:t>
      </w:r>
    </w:p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98470 12345, pooja.nair@example.com</w:t>
      </w:r>
    </w:p>
    <w:p>
      <w:pPr>
        <w:spacing w:after="8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Date: 14 October 2026    Place: Kochi</w:t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i w:val="0"/>
          <w:color w:val="6D1A1F"/>
          <w:sz w:val="32"/>
        </w:rPr>
        <w:t>CONSENT LETTER</w:t>
      </w:r>
    </w:p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To,</w:t>
      </w:r>
    </w:p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The Principal, St. Mary's Higher Secondary School, Kochi</w:t>
      </w:r>
    </w:p>
    <w:p>
      <w:pPr>
        <w:spacing w:after="8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</w:pPr>
      <w:r>
        <w:rPr>
          <w:rFonts w:ascii="Times New Roman" w:hAnsi="Times New Roman" w:cs="Times New Roman"/>
          <w:b/>
          <w:i w:val="0"/>
        </w:rPr>
        <w:t>Subject: Consent for my son Aarav Nair, Class IX-B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Dear Sir / Madam,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I, Pooja Nair, parent of my son Aarav Nair, Class IX-B, give my consent for my son Aarav Nair, Class IX-B to participate in the educational trip to Munnar from 5 to 7 November 2026 organised by the school.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I have informed the school of his medical conditions, if any, and authorise the teachers to arrange first aid and emergency treatment if needed.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I can be reached at 98470 12345, pooja.nair@example.com during the period.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br/>
              <w:br/>
              <w:t>__________________________</w:t>
            </w:r>
          </w:p>
          <w:p>
            <w:r>
              <w:rPr>
                <w:sz w:val="18"/>
              </w:rPr>
              <w:t>Signature of parent / guardian</w:t>
            </w:r>
          </w:p>
          <w:p>
            <w:r>
              <w:rPr>
                <w:b/>
              </w:rPr>
              <w:t>Pooja Nair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FORMALITIES (complete only where required)</w:t>
            </w:r>
          </w:p>
          <w:p>
            <w:r>
              <w:rPr>
                <w:sz w:val="18"/>
              </w:rPr>
              <w:t>Stamp paper / e-stamp, if the receiving office or State law requires: Rs. ______________   Certificate No. ______________</w:t>
            </w:r>
          </w:p>
          <w:p>
            <w:r>
              <w:rPr>
                <w:sz w:val="18"/>
              </w:rPr>
              <w:t>Notarised / attested on ______________ by ______________   Registration No. of notary ______________</w:t>
            </w:r>
          </w:p>
          <w:p>
            <w:r>
              <w:rPr>
                <w:sz w:val="18"/>
              </w:rPr>
              <w:t>Registration, if required: Sub-Registrar office ______________   Document No.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sectPr w:rsidR="00FC693F" w:rsidRPr="0006063C" w:rsidSect="00034616"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LETTER</dc:title>
  <dc:subject/>
  <dc:creator>Power of Attorney Form (template)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