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Times New Roman" w:hAnsi="Times New Roman" w:cs="Times New Roman"/>
          <w:b w:val="0"/>
          <w:i w:val="0"/>
        </w:rPr>
        <w:t>Pooja Nair</w:t>
      </w:r>
    </w:p>
    <w:p>
      <w:pPr>
        <w:spacing w:after="0"/>
      </w:pPr>
      <w:r>
        <w:rPr>
          <w:rFonts w:ascii="Times New Roman" w:hAnsi="Times New Roman" w:cs="Times New Roman"/>
          <w:b w:val="0"/>
          <w:i w:val="0"/>
        </w:rPr>
        <w:t>Flat 11, Palm Grove Apartments, Kakkanad, Kochi, Kerala 682030</w:t>
      </w:r>
    </w:p>
    <w:p>
      <w:pPr>
        <w:spacing w:after="0"/>
      </w:pPr>
      <w:r>
        <w:rPr>
          <w:rFonts w:ascii="Times New Roman" w:hAnsi="Times New Roman" w:cs="Times New Roman"/>
          <w:b w:val="0"/>
          <w:i w:val="0"/>
        </w:rPr>
        <w:t>98470 12345, pooja.nair@example.com</w:t>
      </w:r>
    </w:p>
    <w:p>
      <w:pPr>
        <w:spacing w:after="80"/>
      </w:pPr>
      <w:r>
        <w:rPr>
          <w:rFonts w:ascii="Times New Roman" w:hAnsi="Times New Roman" w:cs="Times New Roman"/>
          <w:b w:val="0"/>
          <w:i w:val="0"/>
        </w:rPr>
      </w:r>
    </w:p>
    <w:p>
      <w:pPr>
        <w:spacing w:after="120"/>
        <w:jc w:val="both"/>
      </w:pPr>
      <w:r>
        <w:rPr>
          <w:rFonts w:ascii="Times New Roman" w:hAnsi="Times New Roman" w:cs="Times New Roman"/>
          <w:b w:val="0"/>
          <w:i w:val="0"/>
        </w:rPr>
        <w:t>Date: 14 October 2026    Place: Kochi</w:t>
      </w:r>
    </w:p>
    <w:p>
      <w:pPr>
        <w:spacing w:after="80"/>
        <w:jc w:val="center"/>
      </w:pPr>
      <w:r>
        <w:rPr>
          <w:rFonts w:ascii="Times New Roman" w:hAnsi="Times New Roman" w:cs="Times New Roman"/>
          <w:b/>
          <w:i w:val="0"/>
          <w:color w:val="6D1A1F"/>
          <w:sz w:val="32"/>
        </w:rPr>
        <w:t>AUTHORIZATION LETTER</w:t>
      </w:r>
    </w:p>
    <w:p>
      <w:pPr>
        <w:spacing w:after="0"/>
      </w:pPr>
      <w:r>
        <w:rPr>
          <w:rFonts w:ascii="Times New Roman" w:hAnsi="Times New Roman" w:cs="Times New Roman"/>
          <w:b w:val="0"/>
          <w:i w:val="0"/>
        </w:rPr>
        <w:t>To,</w:t>
      </w:r>
    </w:p>
    <w:p>
      <w:pPr>
        <w:spacing w:after="0"/>
      </w:pPr>
      <w:r>
        <w:rPr>
          <w:rFonts w:ascii="Times New Roman" w:hAnsi="Times New Roman" w:cs="Times New Roman"/>
          <w:b w:val="0"/>
          <w:i w:val="0"/>
        </w:rPr>
        <w:t>The Branch Manager, Federal Bank, Kakkanad Branch, Kochi</w:t>
      </w:r>
    </w:p>
    <w:p>
      <w:pPr>
        <w:spacing w:after="80"/>
      </w:pPr>
      <w:r>
        <w:rPr>
          <w:rFonts w:ascii="Times New Roman" w:hAnsi="Times New Roman" w:cs="Times New Roman"/>
          <w:b w:val="0"/>
          <w:i w:val="0"/>
        </w:rPr>
      </w:r>
    </w:p>
    <w:p>
      <w:pPr>
        <w:spacing w:after="120"/>
      </w:pPr>
      <w:r>
        <w:rPr>
          <w:rFonts w:ascii="Times New Roman" w:hAnsi="Times New Roman" w:cs="Times New Roman"/>
          <w:b/>
          <w:i w:val="0"/>
        </w:rPr>
        <w:t>Subject: Authorization to collect my new cheque book for Savings Account No. XXXXXXX4410 on my behalf</w:t>
      </w:r>
    </w:p>
    <w:p>
      <w:pPr>
        <w:spacing w:after="120"/>
        <w:jc w:val="both"/>
      </w:pPr>
      <w:r>
        <w:rPr>
          <w:rFonts w:ascii="Times New Roman" w:hAnsi="Times New Roman" w:cs="Times New Roman"/>
          <w:b w:val="0"/>
          <w:i w:val="0"/>
        </w:rPr>
        <w:t>Dear Sir / Madam,</w:t>
      </w:r>
    </w:p>
    <w:p>
      <w:pPr>
        <w:spacing w:after="120"/>
        <w:jc w:val="both"/>
      </w:pPr>
      <w:r>
        <w:rPr>
          <w:rFonts w:ascii="Times New Roman" w:hAnsi="Times New Roman" w:cs="Times New Roman"/>
          <w:b w:val="0"/>
          <w:i w:val="0"/>
        </w:rPr>
        <w:t>I, Pooja Nair, residing at Flat 11, Palm Grove Apartments, Kakkanad, Kochi, Kerala 682030, authorise Mr. Rahul Menon, my brother, holding Aadhaar ending 7788, to collect my new cheque book for Savings Account No. XXXXXXX4410 on my behalf.</w:t>
      </w:r>
    </w:p>
    <w:p>
      <w:pPr>
        <w:spacing w:after="120"/>
        <w:jc w:val="both"/>
      </w:pPr>
      <w:r>
        <w:rPr>
          <w:rFonts w:ascii="Times New Roman" w:hAnsi="Times New Roman" w:cs="Times New Roman"/>
          <w:b w:val="0"/>
          <w:i w:val="0"/>
        </w:rPr>
        <w:t>I am unable to visit personally. Please accept this letter and the identity proof of Mr. Rahul Menon for this purpose only, on or before 31 October 2026.</w:t>
      </w:r>
    </w:p>
    <w:p>
      <w:pPr>
        <w:spacing w:after="120"/>
        <w:jc w:val="both"/>
      </w:pPr>
      <w:r>
        <w:rPr>
          <w:rFonts w:ascii="Times New Roman" w:hAnsi="Times New Roman" w:cs="Times New Roman"/>
          <w:b w:val="0"/>
          <w:i w:val="0"/>
        </w:rPr>
        <w:t>Specimen signature of Mr. Rahul Menon: ______________________</w:t>
      </w:r>
    </w:p>
    <w:p>
      <w:pPr>
        <w:spacing w:after="120"/>
        <w:jc w:val="both"/>
      </w:pPr>
      <w:r>
        <w:rPr>
          <w:rFonts w:ascii="Times New Roman" w:hAnsi="Times New Roman" w:cs="Times New Roman"/>
          <w:b w:val="0"/>
          <w:i w:val="0"/>
        </w:rPr>
        <w:t>Copies of my identity proof and that of Mr. Rahul Menon are enclosed.</w:t>
      </w:r>
    </w:p>
    <w:tbl>
      <w:tblPr>
        <w:tblW w:type="auto" w:w="0"/>
        <w:tblLook w:firstColumn="1" w:firstRow="1" w:lastColumn="0" w:lastRow="0" w:noHBand="0" w:noVBand="1" w:val="04A0"/>
      </w:tblPr>
      <w:tblGrid>
        <w:gridCol w:w="9298"/>
      </w:tblGrid>
      <w:tr>
        <w:tc>
          <w:tcPr>
            <w:tcW w:type="dxa" w:w="9298"/>
          </w:tcPr>
          <w:p>
            <w:r>
              <w:br/>
              <w:br/>
              <w:t>__________________________</w:t>
            </w:r>
          </w:p>
          <w:p>
            <w:r>
              <w:rPr>
                <w:sz w:val="18"/>
              </w:rPr>
              <w:t>Signature of account holder</w:t>
            </w:r>
          </w:p>
          <w:p>
            <w:r>
              <w:rPr>
                <w:b/>
              </w:rPr>
              <w:t>Pooja Nair</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Stamp paper / e-stamp, if the receiving office or State law requires: Rs. ______________   Certificate No. ______________</w:t>
            </w:r>
          </w:p>
          <w:p>
            <w:r>
              <w:rPr>
                <w:sz w:val="18"/>
              </w:rPr>
              <w:t>Notarised / attested on ______________ by ______________   Registration No. of notary ______________</w:t>
            </w:r>
          </w:p>
          <w:p>
            <w:r>
              <w:rPr>
                <w:sz w:val="18"/>
              </w:rPr>
              <w:t>Registration, if required: Sub-Registrar office ______________   Document No.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LETTER</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