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स्टाम्प पेपर / ई-स्टाम्प</w:t>
            </w:r>
          </w:p>
          <w:p>
            <w:r>
              <w:rPr>
                <w:sz w:val="18"/>
              </w:rPr>
              <w:t>राज्य ______________ में लागू मूल्य रु. ______________ का गैर-न्यायिक स्टाम्प पेपर या ई-स्टाम्प प्रमाणपत्र</w:t>
            </w:r>
          </w:p>
          <w:p>
            <w:r>
              <w:rPr>
                <w:sz w:val="18"/>
              </w:rPr>
              <w:t>ई-स्टाम्प प्रमाणपत्र सं. ______________   जारी तिथि ______________</w:t>
            </w:r>
          </w:p>
          <w:p>
            <w:r>
              <w:rPr>
                <w:sz w:val="18"/>
              </w:rPr>
              <w:t>स्टाम्प शुल्क राज्य और दस्तावेज़ के प्रकार पर निर्भर करता है। छापने से पहले सही मूल्य की पुष्टि करें।</w:t>
            </w:r>
          </w:p>
        </w:tc>
      </w:tr>
    </w:tbl>
    <w:p>
      <w:pPr>
        <w:spacing w:after="160"/>
      </w:pPr>
      <w:r>
        <w:rPr>
          <w:rFonts w:ascii="Mangal" w:hAnsi="Mangal" w:cs="Mangal"/>
          <w:b w:val="0"/>
          <w:i w:val="0"/>
        </w:rPr>
      </w:r>
    </w:p>
    <w:p>
      <w:pPr>
        <w:spacing w:after="80"/>
        <w:jc w:val="center"/>
      </w:pPr>
      <w:r>
        <w:rPr>
          <w:rFonts w:ascii="Mangal" w:hAnsi="Mangal" w:cs="Mangal"/>
          <w:b/>
          <w:i w:val="0"/>
          <w:color w:val="6D1A1F"/>
          <w:sz w:val="32"/>
        </w:rPr>
        <w:t>वारिसनामा (शपथ पत्र)</w:t>
      </w:r>
    </w:p>
    <w:p>
      <w:pPr>
        <w:spacing w:after="120"/>
        <w:jc w:val="both"/>
      </w:pPr>
      <w:r>
        <w:rPr>
          <w:rFonts w:ascii="Mangal" w:hAnsi="Mangal" w:cs="Mangal"/>
          <w:b w:val="0"/>
          <w:i w:val="0"/>
        </w:rPr>
        <w:t>मैं, सुनील यादव, पुत्र / पुत्री / पत्नी स्वर्गीय श्री रामप्रसाद यादव, आयु लगभग 41 वर्ष, व्यवसाय कृषि, निवासी ग्राम रामपुर, तहसील सदर, जिला आगरा, उत्तर प्रदेश, शपथपूर्वक निम्नलिखित कथन करता / करती हूँ: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1.  यह कि मैं स्वर्गीय श्री रामप्रसाद यादव का पुत्र हूँ, जिनकी मृत्यु दिनांक 11/03/2026 को हो चुकी है। मृत्यु प्रमाण पत्र की प्रति संलग्न है।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2.  यह कि मृतक के निम्नलिखित वैध वारिस हैं, और इनके अतिरिक्त कोई अन्य वारिस नहीं है:</w:t>
      </w:r>
    </w:p>
    <w:p>
      <w:pPr>
        <w:spacing w:after="120"/>
        <w:ind w:left="1020" w:hanging="340"/>
      </w:pPr>
      <w:r>
        <w:rPr>
          <w:rFonts w:ascii="Mangal" w:hAnsi="Mangal" w:cs="Mangal"/>
          <w:b w:val="0"/>
          <w:i w:val="0"/>
        </w:rPr>
        <w:t>(a)  श्रीमती कमला देवी, पत्नी, 64 वर्ष</w:t>
      </w:r>
    </w:p>
    <w:p>
      <w:pPr>
        <w:spacing w:after="120"/>
        <w:ind w:left="1020" w:hanging="340"/>
      </w:pPr>
      <w:r>
        <w:rPr>
          <w:rFonts w:ascii="Mangal" w:hAnsi="Mangal" w:cs="Mangal"/>
          <w:b w:val="0"/>
          <w:i w:val="0"/>
        </w:rPr>
        <w:t>(b)  श्री सुनील यादव, पुत्र, 41 वर्ष</w:t>
      </w:r>
    </w:p>
    <w:p>
      <w:pPr>
        <w:spacing w:after="120"/>
        <w:ind w:left="1020" w:hanging="340"/>
      </w:pPr>
      <w:r>
        <w:rPr>
          <w:rFonts w:ascii="Mangal" w:hAnsi="Mangal" w:cs="Mangal"/>
          <w:b w:val="0"/>
          <w:i w:val="0"/>
        </w:rPr>
        <w:t>(c)  श्रीमती रेखा यादव, पुत्री, 38 वर्ष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3.  यह कि मृतक की संपत्ति ग्राम रामपुर, तहसील सदर, जिला आगरा स्थित खसरा नं. 245 की कृषि भूमि है।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4.  यह कि मृतक ने मेरी जानकारी में कोई वसीयत नहीं की थी और न ही कोई गोद लिया था।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5.  यह कि यह वारिसनामा राजस्व अभिलेखों में नामांतरण (दाखिल खारिज) हेतु दिया जा रहा है। यदि इसमें कोई कथन असत्य पाया जाए तो उसकी पूरी ज़िम्मेदारी मेरी होगी।</w:t>
      </w:r>
    </w:p>
    <w:p>
      <w:pPr>
        <w:spacing w:after="120"/>
        <w:jc w:val="right"/>
      </w:pPr>
      <w:r>
        <w:rPr>
          <w:rFonts w:ascii="Mangal" w:hAnsi="Mangal" w:cs="Mangal"/>
          <w:b/>
          <w:i w:val="0"/>
        </w:rPr>
        <w:t>शपथकर्ता</w:t>
      </w:r>
    </w:p>
    <w:p>
      <w:pPr>
        <w:spacing w:after="80"/>
      </w:pPr>
      <w:r>
        <w:rPr>
          <w:rFonts w:ascii="Mangal" w:hAnsi="Mangal" w:cs="Mangal"/>
          <w:b/>
          <w:i w:val="0"/>
          <w:color w:val="6D1A1F"/>
        </w:rPr>
        <w:t>सत्यापन</w:t>
      </w:r>
    </w:p>
    <w:p>
      <w:pPr>
        <w:spacing w:after="120"/>
        <w:jc w:val="both"/>
      </w:pPr>
      <w:r>
        <w:rPr>
          <w:rFonts w:ascii="Mangal" w:hAnsi="Mangal" w:cs="Mangal"/>
          <w:b w:val="0"/>
          <w:i w:val="0"/>
        </w:rPr>
        <w:t>मैं सत्यापित करता / करती हूँ कि इस शपथ पत्र के पैरा 1 से 5 तक के कथन मेरी जानकारी और विश्वास के अनुसार सत्य एवं सही हैं और इसमें कोई महत्वपूर्ण तथ्य छिपाया नहीं गया है। सत्यापित स्थान आगरा, दिनांक 14/10/2026।</w:t>
      </w:r>
    </w:p>
    <w:p>
      <w:pPr>
        <w:spacing w:after="120"/>
        <w:jc w:val="right"/>
      </w:pPr>
      <w:r>
        <w:rPr>
          <w:rFonts w:ascii="Mangal" w:hAnsi="Mangal" w:cs="Mangal"/>
          <w:b/>
          <w:i w:val="0"/>
        </w:rPr>
        <w:t>शपथकर्ता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मेरे समक्ष</w:t>
            </w:r>
          </w:p>
          <w:p>
            <w:r>
              <w:rPr>
                <w:sz w:val="18"/>
              </w:rPr>
              <w:t>शपथकर्ता ने, जिसकी पहचान की गई, मेरे समक्ष शपथ ली दिनांक ______________</w:t>
            </w:r>
          </w:p>
          <w:p>
            <w:r>
              <w:rPr>
                <w:sz w:val="18"/>
              </w:rPr>
              <w:t>नोटरी / ओथ कमिश्नर: नाम ______________   पंजीकरण सं. ______________</w:t>
            </w:r>
          </w:p>
          <w:p>
            <w:r>
              <w:rPr>
                <w:sz w:val="18"/>
              </w:rPr>
              <w:t>मुहर व हस्ताक्षर ______________</w:t>
            </w:r>
          </w:p>
        </w:tc>
      </w:tr>
    </w:tbl>
    <w:p>
      <w:pPr>
        <w:spacing w:after="120"/>
      </w:pPr>
      <w:r>
        <w:rPr>
          <w:rFonts w:ascii="Mangal" w:hAnsi="Mangal" w:cs="Mangal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औपचारिकताएँ (केवल आवश्यक होने पर भरें)</w:t>
            </w:r>
          </w:p>
          <w:p>
            <w:r>
              <w:rPr>
                <w:sz w:val="18"/>
              </w:rPr>
              <w:t>पंजीकरण, यदि आवश्यक हो: उप-पंजीयक कार्यालय ______________   दस्तावेज़ सं. ______________</w:t>
            </w:r>
          </w:p>
        </w:tc>
      </w:tr>
    </w:tbl>
    <w:p>
      <w:pPr>
        <w:spacing w:after="120"/>
      </w:pPr>
      <w:r>
        <w:rPr>
          <w:rFonts w:ascii="Mangal" w:hAnsi="Mangal" w:cs="Mangal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gal" w:hAnsi="Mangal" w:eastAsia="Mangal" w:cs="Mang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वारिसनामा (शपथ पत्र)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