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OF UNMARRIED STATUS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I am an Indian citizen and the above particulars are true.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I am unmarried and have never been married to any person till the date of this affidavit.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I am making this affidavit for submission to the Embassy for a visa application.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3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Some foreign authorities need a certificate of no impediment from a government office rather than an affidavit, and may need apostille. Check before you sign.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UNMARRIED STATUS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