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AFFIDAVIT (ONE AND THE SAME PERSON)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my name is recorded as Anjali Verma in my PAN card and passport.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my name is recorded as Anjali R. Verma in my bank account and school leaving certificate.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Anjali Verma and Anjali R. Verma are the names of one and the same person, namely me, and both refer to me only.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That this affidavit is made to be produced before any authority that may require it.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4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(ONE AND THE SAME PERSON)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