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FOR CORRECTION OF NAME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my correct name is Anjali Verma, as recorded in my Class 10 certificate issued by CBSE.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my name has been wrongly recorded as Anjli Varma in my Aadhaar card No. XXXX XXXX 4521 due to a clerical or typing error.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Anjli Varma and Anjali Verma are the names of one and the same person, namely me.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I request the concerned authority to correct my name to Anjali Verma in the said record.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4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FOR CORRECTION OF NAME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