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pPr>
              <w:jc w:val="center"/>
            </w:pPr>
            <w:r>
              <w:rPr>
                <w:b/>
              </w:rPr>
              <w:t>STAMP PAPER / E-STAMP</w:t>
            </w:r>
          </w:p>
          <w:p>
            <w:r>
              <w:rPr>
                <w:sz w:val="18"/>
              </w:rPr>
              <w:t>Non-judicial stamp paper or e-stamp certificate of value Rs. ______________ as applicable in the State of ______________</w:t>
            </w:r>
          </w:p>
          <w:p>
            <w:r>
              <w:rPr>
                <w:sz w:val="18"/>
              </w:rPr>
              <w:t>E-stamp certificate No. ______________   Date of issue ______________</w:t>
            </w:r>
          </w:p>
          <w:p>
            <w:r>
              <w:rPr>
                <w:sz w:val="18"/>
              </w:rPr>
              <w:t>Stamp duty depends on the State and the type of document. Confirm the correct value before printing.</w:t>
            </w:r>
          </w:p>
        </w:tc>
      </w:tr>
    </w:tbl>
    <w:p>
      <w:pPr>
        <w:spacing w:after="16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JOINT AFFIDAVIT FOR MARRIAGE REGISTRATION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I, Anjali Verma, D/o Shri Rajesh Verma, aged about 29 years, by occupation Service, residing at House No. 21, Sector 15, Rohini, Delhi 110089, do hereby solemnly affirm and declare as under: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1.  That I was married to Rohit Malhotra, S/o Shri Vinod Malhotra, residing at B-44, Pitampura, Delhi 110034 on 15 February 2026 at Arya Samaj Mandir, Rohini, Delhi according to Hindu rites and ceremonies.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2.  That at the time of marriage both of us were unmarried, and neither of us had a spouse living.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3.  That both of us had completed the minimum age for marriage required by law on the date of marriage.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4.  That we are not within the degrees of prohibited relationship, unless the custom governing us permits such a marriage.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5.  That the marriage was solemnised with our free consent and we are living together as husband and wife.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6.  That this affidavit is made for the registration of our marriage.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p>
      <w:pPr>
        <w:spacing w:after="80"/>
      </w:pPr>
      <w:r>
        <w:rPr>
          <w:rFonts w:ascii="Times New Roman" w:hAnsi="Times New Roman" w:cs="Times New Roman"/>
          <w:b/>
          <w:i w:val="0"/>
          <w:color w:val="6D1A1F"/>
        </w:rPr>
        <w:t>VERIFICATION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Verified at Delhi on 14 October 2026 that the contents of paragraphs 1 to 6 of this affidavit are true and correct to the best of my knowledge and belief, and nothing material has been concealed therefrom.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BEFORE ME</w:t>
            </w:r>
          </w:p>
          <w:p>
            <w:r>
              <w:rPr>
                <w:sz w:val="18"/>
              </w:rPr>
              <w:t>Solemnly affirmed / sworn before me by the deponent, who is identified to me, on ______________</w:t>
            </w:r>
          </w:p>
          <w:p>
            <w:r>
              <w:rPr>
                <w:sz w:val="18"/>
              </w:rPr>
              <w:t>Notary Public / Oath Commissioner: name ______________   Registration No. ______________</w:t>
            </w:r>
          </w:p>
          <w:p>
            <w:r>
              <w:rPr>
                <w:sz w:val="18"/>
              </w:rPr>
              <w:t>Seal and signature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</w:pPr>
      <w:r>
        <w:rPr>
          <w:rFonts w:ascii="Times New Roman" w:hAnsi="Times New Roman" w:cs="Times New Roman"/>
          <w:b w:val="0"/>
          <w:i w:val="0"/>
          <w:color w:val="5B4A3D"/>
          <w:sz w:val="18"/>
        </w:rPr>
        <w:t>Drafting note: Marriage registration rules, forms and the required affidavits differ by State and by the law under which you marry. Both spouses usually sign; check the Registrar's checklist.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AFFIDAVIT FOR MARRIAGE REGISTRATION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