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pPr>
              <w:jc w:val="center"/>
            </w:pPr>
            <w:r>
              <w:rPr>
                <w:b/>
              </w:rPr>
              <w:t>STAMP PAPER / E-STAMP</w:t>
            </w:r>
          </w:p>
          <w:p>
            <w:r>
              <w:rPr>
                <w:sz w:val="18"/>
              </w:rPr>
              <w:t>Non-judicial stamp paper or e-stamp certificate of value Rs. ______________ as applicable in the State of ______________</w:t>
            </w:r>
          </w:p>
          <w:p>
            <w:r>
              <w:rPr>
                <w:sz w:val="18"/>
              </w:rPr>
              <w:t>E-stamp certificate No. ______________   Date of issue ______________</w:t>
            </w:r>
          </w:p>
          <w:p>
            <w:r>
              <w:rPr>
                <w:sz w:val="18"/>
              </w:rPr>
              <w:t>Stamp duty depends on the State and the type of document. Confirm the correct value before printing.</w:t>
            </w:r>
          </w:p>
        </w:tc>
      </w:tr>
    </w:tbl>
    <w:p>
      <w:pPr>
        <w:spacing w:after="16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80"/>
        <w:jc w:val="center"/>
      </w:pPr>
      <w:r>
        <w:rPr>
          <w:rFonts w:ascii="Times New Roman" w:hAnsi="Times New Roman" w:cs="Times New Roman"/>
          <w:b/>
          <w:i w:val="0"/>
          <w:color w:val="6D1A1F"/>
          <w:sz w:val="32"/>
        </w:rPr>
        <w:t>AFFIDAVIT OF LEGAL HEIRS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I, Anjali Verma, D/o Shri Rajesh Verma, aged about 29 years, by occupation Service, residing at House No. 21, Sector 15, Rohini, Delhi 110089, do hereby solemnly affirm and declare as under: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1.  That I am the daughter of Late Shri Rajesh Verma, who died on 2 May 2026. A copy of the death certificate is attached.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2.  That the deceased left behind the following legal heirs, and there are no other legal heirs:</w:t>
      </w:r>
    </w:p>
    <w:p>
      <w:pPr>
        <w:spacing w:after="120"/>
        <w:ind w:left="1020" w:hanging="340"/>
      </w:pPr>
      <w:r>
        <w:rPr>
          <w:rFonts w:ascii="Times New Roman" w:hAnsi="Times New Roman" w:cs="Times New Roman"/>
          <w:b w:val="0"/>
          <w:i w:val="0"/>
        </w:rPr>
        <w:t>(a)  Smt. Sunita Verma, wife, 52 years</w:t>
      </w:r>
    </w:p>
    <w:p>
      <w:pPr>
        <w:spacing w:after="120"/>
        <w:ind w:left="1020" w:hanging="340"/>
      </w:pPr>
      <w:r>
        <w:rPr>
          <w:rFonts w:ascii="Times New Roman" w:hAnsi="Times New Roman" w:cs="Times New Roman"/>
          <w:b w:val="0"/>
          <w:i w:val="0"/>
        </w:rPr>
        <w:t>(b)  Anjali Verma, daughter, 29 years</w:t>
      </w:r>
    </w:p>
    <w:p>
      <w:pPr>
        <w:spacing w:after="120"/>
        <w:ind w:left="1020" w:hanging="340"/>
      </w:pPr>
      <w:r>
        <w:rPr>
          <w:rFonts w:ascii="Times New Roman" w:hAnsi="Times New Roman" w:cs="Times New Roman"/>
          <w:b w:val="0"/>
          <w:i w:val="0"/>
        </w:rPr>
        <w:t>(c)  Amit Verma, son, 25 years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3.  That the deceased had not adopted any child and, to my knowledge, did not leave any will, unless stated otherwise in this affidavit.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4.  That this affidavit is made for transfer of the bank account and pension of the deceased, and I shall be responsible if any statement in it is found to be false.</w:t>
      </w:r>
    </w:p>
    <w:p>
      <w:pPr>
        <w:spacing w:after="120"/>
        <w:jc w:val="right"/>
      </w:pPr>
      <w:r>
        <w:rPr>
          <w:rFonts w:ascii="Times New Roman" w:hAnsi="Times New Roman" w:cs="Times New Roman"/>
          <w:b/>
          <w:i w:val="0"/>
        </w:rPr>
        <w:t>DEPONENT</w:t>
      </w:r>
    </w:p>
    <w:p>
      <w:pPr>
        <w:spacing w:after="80"/>
      </w:pPr>
      <w:r>
        <w:rPr>
          <w:rFonts w:ascii="Times New Roman" w:hAnsi="Times New Roman" w:cs="Times New Roman"/>
          <w:b/>
          <w:i w:val="0"/>
          <w:color w:val="6D1A1F"/>
        </w:rPr>
        <w:t>VERIFICATION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Verified at Delhi on 14 October 2026 that the contents of paragraphs 1 to 4 of this affidavit are true and correct to the best of my knowledge and belief, and nothing material has been concealed therefrom.</w:t>
      </w:r>
    </w:p>
    <w:p>
      <w:pPr>
        <w:spacing w:after="120"/>
        <w:jc w:val="right"/>
      </w:pPr>
      <w:r>
        <w:rPr>
          <w:rFonts w:ascii="Times New Roman" w:hAnsi="Times New Roman" w:cs="Times New Roman"/>
          <w:b/>
          <w:i w:val="0"/>
        </w:rPr>
        <w:t>DEPONENT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BEFORE ME</w:t>
            </w:r>
          </w:p>
          <w:p>
            <w:r>
              <w:rPr>
                <w:sz w:val="18"/>
              </w:rPr>
              <w:t>Solemnly affirmed / sworn before me by the deponent, who is identified to me, on ______________</w:t>
            </w:r>
          </w:p>
          <w:p>
            <w:r>
              <w:rPr>
                <w:sz w:val="18"/>
              </w:rPr>
              <w:t>Notary Public / Oath Commissioner: name ______________   Registration No. ______________</w:t>
            </w:r>
          </w:p>
          <w:p>
            <w:r>
              <w:rPr>
                <w:sz w:val="18"/>
              </w:rPr>
              <w:t>Seal and signature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120"/>
      </w:pPr>
      <w:r>
        <w:rPr>
          <w:rFonts w:ascii="Times New Roman" w:hAnsi="Times New Roman" w:cs="Times New Roman"/>
          <w:b w:val="0"/>
          <w:i w:val="0"/>
          <w:color w:val="5B4A3D"/>
          <w:sz w:val="18"/>
        </w:rPr>
        <w:t>Drafting note: A legal heir certificate is issued by the revenue authority (for example the Tahsildar) under State rules. A succession certificate for debts and securities comes from a civil court. This affidavit supports such applications; it does not replace them.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FORMALITIES (complete only where required)</w:t>
            </w:r>
          </w:p>
          <w:p>
            <w:r>
              <w:rPr>
                <w:sz w:val="18"/>
              </w:rPr>
              <w:t>Registration, if required: Sub-Registrar office ______________   Document No.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sectPr w:rsidR="00FC693F" w:rsidRPr="0006063C" w:rsidSect="00034616"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AFFIDAVIT OF LEGAL HEIRS</dc:title>
  <dc:subject/>
  <dc:creator>Power of Attorney Form (template)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