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AFFIDAVIT OF ANNUAL INCOME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Anjali Verma, D/o Shri Rajesh Verma, aged about 29 years, by occupation Service, residing at House No. 21, Sector 15, Rohini, Delhi 110089, do hereby solemnly affirm and declare as under: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That the following are the members of my family:</w:t>
      </w:r>
    </w:p>
    <w:p>
      <w:pPr>
        <w:spacing w:after="120"/>
        <w:ind w:left="1020" w:hanging="340"/>
      </w:pPr>
      <w:r>
        <w:rPr>
          <w:rFonts w:ascii="Times New Roman" w:hAnsi="Times New Roman" w:cs="Times New Roman"/>
          <w:b w:val="0"/>
          <w:i w:val="0"/>
        </w:rPr>
        <w:t>(a)  Shri Rajesh Verma, father, 56 years, no income</w:t>
      </w:r>
    </w:p>
    <w:p>
      <w:pPr>
        <w:spacing w:after="120"/>
        <w:ind w:left="1020" w:hanging="340"/>
      </w:pPr>
      <w:r>
        <w:rPr>
          <w:rFonts w:ascii="Times New Roman" w:hAnsi="Times New Roman" w:cs="Times New Roman"/>
          <w:b w:val="0"/>
          <w:i w:val="0"/>
        </w:rPr>
        <w:t>(b)  Smt. Sunita Verma, mother, 52 years, homemaker</w:t>
      </w:r>
    </w:p>
    <w:p>
      <w:pPr>
        <w:spacing w:after="120"/>
        <w:ind w:left="1020" w:hanging="340"/>
      </w:pPr>
      <w:r>
        <w:rPr>
          <w:rFonts w:ascii="Times New Roman" w:hAnsi="Times New Roman" w:cs="Times New Roman"/>
          <w:b w:val="0"/>
          <w:i w:val="0"/>
        </w:rPr>
        <w:t>(c)  Anjali Verma, self, 29 years, salaried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That the total annual income of my family from all sources for the financial year 2025-26 is Rs. 2,40,000 (Rupees two lakh forty thousand only), from salary from a private job at a retail store.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That I am making this affidavit for applying for an income certificate.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4.  That I am aware that if the above statement is found false, the certificate or benefit obtained may be cancelled and I may be liable to action under law.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p>
      <w:pPr>
        <w:spacing w:after="80"/>
      </w:pPr>
      <w:r>
        <w:rPr>
          <w:rFonts w:ascii="Times New Roman" w:hAnsi="Times New Roman" w:cs="Times New Roman"/>
          <w:b/>
          <w:i w:val="0"/>
          <w:color w:val="6D1A1F"/>
        </w:rPr>
        <w:t>VERIFICATION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Verified at Delhi on 14 October 2026 that the contents of paragraphs 1 to 4 of this affidavit are true and correct to the best of my knowledge and belief, and nothing material has been concealed therefrom.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BEFORE ME</w:t>
            </w:r>
          </w:p>
          <w:p>
            <w:r>
              <w:rPr>
                <w:sz w:val="18"/>
              </w:rPr>
              <w:t>Solemnly affirmed / sworn before me by the deponent, who is identified to me, on ______________</w:t>
            </w:r>
          </w:p>
          <w:p>
            <w:r>
              <w:rPr>
                <w:sz w:val="18"/>
              </w:rPr>
              <w:t>Notary Public / Oath Commissioner: name ______________   Registration No. ______________</w:t>
            </w:r>
          </w:p>
          <w:p>
            <w:r>
              <w:rPr>
                <w:sz w:val="18"/>
              </w:rPr>
              <w:t>Seal and signature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 w:val="0"/>
          <w:i w:val="0"/>
          <w:color w:val="5B4A3D"/>
          <w:sz w:val="18"/>
        </w:rPr>
        <w:t>Drafting note: Income limits and the format of income certificates are set by each State or by the scheme. Check the office's own form first.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OF ANNUAL INCOME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