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AFFIDAVIT OF KARTA OF HINDU UNDIVIDED FAMILY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Anjali Verma, D/o Shri Rajesh Verma, aged about 29 years, by occupation Service, residing at House No. 21, Sector 15, Rohini, Delhi 110089, do hereby solemnly affirm and declare as under: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I am the Karta of Rajesh Verma HUF, a Hindu Undivided Family constituted on 1 April 2020, having its address at House No. 21, Sector 15, Rohini, Delhi 110089.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the following are the coparceners and members of the said HUF: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(a)  Rajesh Verma, Karta, 56 years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(b)  Sunita Verma, wife, 52 years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(c)  Anjali Verma, daughter (coparcener), 29 years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(d)  Amit Verma, son (coparcener), 25 years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I am authorised as Karta to apply for PAN, open bank accounts and do all acts on behalf of the HUF.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That this affidavit is made for submission to the bank, income tax authorities or any other authority requiring it.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Verified at Delhi on 14 October 2026 that the contents of paragraphs 1 to 4 of this affidavit are true and correct to the best of my knowledge and belief, and nothing material has been concealed therefrom.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BEFORE ME</w:t>
            </w:r>
          </w:p>
          <w:p>
            <w:r>
              <w:rPr>
                <w:sz w:val="18"/>
              </w:rPr>
              <w:t>Solemnly affirmed / sworn before me by the deponent, who is identified to me, on ______________</w:t>
            </w:r>
          </w:p>
          <w:p>
            <w:r>
              <w:rPr>
                <w:sz w:val="18"/>
              </w:rPr>
              <w:t>Notary Public / Oath Commissioner: name ______________   Registration No. ______________</w:t>
            </w:r>
          </w:p>
          <w:p>
            <w:r>
              <w:rPr>
                <w:sz w:val="18"/>
              </w:rPr>
              <w:t>Seal and signature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KARTA OF HINDU UNDIVIDED FAMILY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