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am a citizen of India and the above address is my permanent residential address.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I am submitting this affidavit to the concerned office in support of my application.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the information and documents given by me in the application are true and correct.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this affidavit is made for submission to the Sub-Divisional Magistrate office, Rohini, Delhi and for no other purpose.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That I am aware that making a false statement in an affidavit is an offence punishable under law.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5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