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स्टाम्प पेपर / ई-स्टाम्प</w:t>
            </w:r>
          </w:p>
          <w:p>
            <w:r>
              <w:rPr>
                <w:sz w:val="18"/>
              </w:rPr>
              <w:t>राज्य ______________ में लागू मूल्य रु. ______________ का गैर-न्यायिक स्टाम्प पेपर या ई-स्टाम्प प्रमाणपत्र</w:t>
            </w:r>
          </w:p>
          <w:p>
            <w:r>
              <w:rPr>
                <w:sz w:val="18"/>
              </w:rPr>
              <w:t>ई-स्टाम्प प्रमाणपत्र सं. ______________   जारी तिथि ______________</w:t>
            </w:r>
          </w:p>
          <w:p>
            <w:r>
              <w:rPr>
                <w:sz w:val="18"/>
              </w:rPr>
              <w:t>स्टाम्प शुल्क राज्य और दस्तावेज़ के प्रकार पर निर्भर करता है। छापने से पहले सही मूल्य की पुष्टि करें।</w:t>
            </w:r>
          </w:p>
        </w:tc>
      </w:tr>
    </w:tbl>
    <w:p>
      <w:pPr>
        <w:spacing w:after="160"/>
      </w:pPr>
      <w:r>
        <w:rPr>
          <w:rFonts w:ascii="Mangal" w:hAnsi="Mangal" w:cs="Mangal"/>
          <w:b w:val="0"/>
          <w:i w:val="0"/>
        </w:rPr>
      </w:r>
    </w:p>
    <w:p>
      <w:pPr>
        <w:spacing w:after="80"/>
        <w:jc w:val="center"/>
      </w:pPr>
      <w:r>
        <w:rPr>
          <w:rFonts w:ascii="Mangal" w:hAnsi="Mangal" w:cs="Mangal"/>
          <w:b/>
          <w:i w:val="0"/>
          <w:color w:val="6D1A1F"/>
          <w:sz w:val="32"/>
        </w:rPr>
        <w:t>शपथ पत्र</w:t>
      </w:r>
    </w:p>
    <w:p>
      <w:pPr>
        <w:spacing w:after="120"/>
        <w:jc w:val="both"/>
      </w:pPr>
      <w:r>
        <w:rPr>
          <w:rFonts w:ascii="Mangal" w:hAnsi="Mangal" w:cs="Mangal"/>
          <w:b w:val="0"/>
          <w:i w:val="0"/>
        </w:rPr>
        <w:t>मैं, रमेश कुमार शर्मा, पुत्र / पुत्री / पत्नी स्वर्गीय श्री मोहन लाल शर्मा, आयु लगभग 58 वर्ष, व्यवसाय सेवानिवृत्त, निवासी मकान नं. 45, शिव नगर, जयपुर, राजस्थान 302017, शपथपूर्वक निम्नलिखित कथन करता / करती हूँ: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1.  यह कि मैं भारत का नागरिक हूँ और उपरोक्त पता मेरा स्थायी पता है।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2.  यह कि मैं यह शपथ पत्र संबंधित कार्यालय में अपने आवेदन के समर्थन में प्रस्तुत कर रहा हूँ।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3.  यह कि आवेदन में दी गई जानकारी और दस्तावेज़ सत्य एवं सही हैं।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4.  यह कि यह शपथ पत्र तहसील कार्यालय, जयपुर में प्रस्तुत करने हेतु दिया जा रहा है।</w:t>
      </w:r>
    </w:p>
    <w:p>
      <w:pPr>
        <w:spacing w:after="120"/>
        <w:ind w:left="510" w:hanging="340"/>
        <w:jc w:val="both"/>
      </w:pPr>
      <w:r>
        <w:rPr>
          <w:rFonts w:ascii="Mangal" w:hAnsi="Mangal" w:cs="Mangal"/>
          <w:b w:val="0"/>
          <w:i w:val="0"/>
        </w:rPr>
        <w:t>5.  यह कि मुझे ज्ञात है कि शपथ पत्र में झूठा कथन करना कानूनन दंडनीय अपराध है।</w:t>
      </w:r>
    </w:p>
    <w:p>
      <w:pPr>
        <w:spacing w:after="120"/>
        <w:jc w:val="right"/>
      </w:pPr>
      <w:r>
        <w:rPr>
          <w:rFonts w:ascii="Mangal" w:hAnsi="Mangal" w:cs="Mangal"/>
          <w:b/>
          <w:i w:val="0"/>
        </w:rPr>
        <w:t>शपथकर्ता</w:t>
      </w:r>
    </w:p>
    <w:p>
      <w:pPr>
        <w:spacing w:after="80"/>
      </w:pPr>
      <w:r>
        <w:rPr>
          <w:rFonts w:ascii="Mangal" w:hAnsi="Mangal" w:cs="Mangal"/>
          <w:b/>
          <w:i w:val="0"/>
          <w:color w:val="6D1A1F"/>
        </w:rPr>
        <w:t>सत्यापन</w:t>
      </w:r>
    </w:p>
    <w:p>
      <w:pPr>
        <w:spacing w:after="120"/>
        <w:jc w:val="both"/>
      </w:pPr>
      <w:r>
        <w:rPr>
          <w:rFonts w:ascii="Mangal" w:hAnsi="Mangal" w:cs="Mangal"/>
          <w:b w:val="0"/>
          <w:i w:val="0"/>
        </w:rPr>
        <w:t>मैं सत्यापित करता / करती हूँ कि इस शपथ पत्र के पैरा 1 से 5 तक के कथन मेरी जानकारी और विश्वास के अनुसार सत्य एवं सही हैं और इसमें कोई महत्वपूर्ण तथ्य छिपाया नहीं गया है। सत्यापित स्थान जयपुर, दिनांक 14/10/2026।</w:t>
      </w:r>
    </w:p>
    <w:p>
      <w:pPr>
        <w:spacing w:after="120"/>
        <w:jc w:val="right"/>
      </w:pPr>
      <w:r>
        <w:rPr>
          <w:rFonts w:ascii="Mangal" w:hAnsi="Mangal" w:cs="Mangal"/>
          <w:b/>
          <w:i w:val="0"/>
        </w:rPr>
        <w:t>शपथकर्ता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मेरे समक्ष</w:t>
            </w:r>
          </w:p>
          <w:p>
            <w:r>
              <w:rPr>
                <w:sz w:val="18"/>
              </w:rPr>
              <w:t>शपथकर्ता ने, जिसकी पहचान की गई, मेरे समक्ष शपथ ली दिनांक ______________</w:t>
            </w:r>
          </w:p>
          <w:p>
            <w:r>
              <w:rPr>
                <w:sz w:val="18"/>
              </w:rPr>
              <w:t>नोटरी / ओथ कमिश्नर: नाम ______________   पंजीकरण सं. ______________</w:t>
            </w:r>
          </w:p>
          <w:p>
            <w:r>
              <w:rPr>
                <w:sz w:val="18"/>
              </w:rPr>
              <w:t>मुहर व हस्ताक्षर ______________</w:t>
            </w:r>
          </w:p>
        </w:tc>
      </w:tr>
    </w:tbl>
    <w:p>
      <w:pPr>
        <w:spacing w:after="120"/>
      </w:pPr>
      <w:r>
        <w:rPr>
          <w:rFonts w:ascii="Mangal" w:hAnsi="Mangal" w:cs="Mangal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औपचारिकताएँ (केवल आवश्यक होने पर भरें)</w:t>
            </w:r>
          </w:p>
          <w:p>
            <w:r>
              <w:rPr>
                <w:sz w:val="18"/>
              </w:rPr>
              <w:t>पंजीकरण, यदि आवश्यक हो: उप-पंजीयक कार्यालय ______________   दस्तावेज़ सं. ______________</w:t>
            </w:r>
          </w:p>
        </w:tc>
      </w:tr>
    </w:tbl>
    <w:p>
      <w:pPr>
        <w:spacing w:after="120"/>
      </w:pPr>
      <w:r>
        <w:rPr>
          <w:rFonts w:ascii="Mangal" w:hAnsi="Mangal" w:cs="Mangal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gal" w:hAnsi="Mangal" w:eastAsia="Mangal" w:cs="Mang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शपथ पत्र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