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FOR GAP IN EDUCATION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I passed Class XII from the Central Board of Secondary Education in 2023.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I did not pursue any regular course of study from June 2023 to June 2025 because I was preparing for competitive entrance examinations and was also unwell for some months.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during this period I was not involved in any criminal or unlawful activity and was not rusticated or debarred by any institution.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I am seeking admission to B.Com (Hons) at ABC College, Delhi and this affidavit is made for that purpose.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4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FOR GAP IN EDUCATION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