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FOR DATE OF BIRTH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Anjali Verma (self) was born on 8 March 1997 at Government Hospital, Hisar, Haryana to Shri Rajesh Verma and Smt. Sunita Verma.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the birth was not registered with the local registrar at that time.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the said date of birth is correct and is recorded in the following documents of the person concerned: school records and Aadhaar card.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this affidavit is made for the purpose of registration of birth or correction of records and may be produced before the concerned authority.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4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Delayed registration of birth is handled by the local birth and death registrar under State rules, which may need an order from a magistrate. Ask the registrar's office.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FOR DATE OF BIRTH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