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FOR RESIDENCE / ADDRESS PROOF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I am residing at the above address since April 2019 as a tenant of Shri Mahesh Gupta.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the above address is my present residential address and I am making this affidavit for obtaining a new electricity connection.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I shall inform the concerned authority if my address changes.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3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Many offices accept only specific documents as address proof. An affidavit is usually supporting evidence, not a substitute, unless the office says so.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FOR RESIDENCE / ADDRESS PROOF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